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43" w:rsidRDefault="00443C43">
      <w:pPr>
        <w:jc w:val="center"/>
        <w:rPr>
          <w:b/>
          <w:sz w:val="36"/>
        </w:rPr>
      </w:pPr>
      <w:r>
        <w:rPr>
          <w:b/>
          <w:sz w:val="36"/>
        </w:rPr>
        <w:t>CURRICULAM VITAE</w:t>
      </w:r>
    </w:p>
    <w:p w:rsidR="00B64374" w:rsidRDefault="00EF1873">
      <w:pPr>
        <w:jc w:val="center"/>
      </w:pPr>
      <w:r>
        <w:rPr>
          <w:b/>
          <w:sz w:val="36"/>
        </w:rPr>
        <w:t>SUSHIL KUMAR DAS</w:t>
      </w:r>
    </w:p>
    <w:p w:rsidR="00443C43" w:rsidRDefault="00EF1873" w:rsidP="00443C43">
      <w:pPr>
        <w:jc w:val="center"/>
      </w:pPr>
      <w:r>
        <w:t>Mobile: +91-9777486956 | 9437028857 (WhatsApp</w:t>
      </w:r>
      <w:proofErr w:type="gramStart"/>
      <w:r>
        <w:t>)</w:t>
      </w:r>
      <w:proofErr w:type="gramEnd"/>
      <w:r>
        <w:br/>
        <w:t>Email: dassushil1967@yahoo.in |</w:t>
      </w:r>
      <w:r w:rsidR="00443C43">
        <w:t xml:space="preserve">                       </w:t>
      </w:r>
    </w:p>
    <w:p w:rsidR="00B64374" w:rsidRPr="009F54B8" w:rsidRDefault="00EF1873" w:rsidP="00443C43">
      <w:pPr>
        <w:jc w:val="center"/>
        <w:rPr>
          <w:color w:val="1F497D" w:themeColor="text2"/>
        </w:rPr>
      </w:pPr>
      <w:r w:rsidRPr="009F54B8">
        <w:rPr>
          <w:color w:val="1F497D" w:themeColor="text2"/>
        </w:rPr>
        <w:t>SUMMARY</w:t>
      </w:r>
    </w:p>
    <w:p w:rsidR="00B64374" w:rsidRPr="009F54B8" w:rsidRDefault="00EF1873">
      <w:pPr>
        <w:rPr>
          <w:color w:val="000000" w:themeColor="text1"/>
        </w:rPr>
      </w:pPr>
      <w:r w:rsidRPr="009F54B8">
        <w:rPr>
          <w:color w:val="000000" w:themeColor="text1"/>
        </w:rPr>
        <w:t xml:space="preserve">Senior Mechanical Engineering Professional with 30+ years of experience in Project Installation, Commissioning, Operations </w:t>
      </w:r>
      <w:r w:rsidR="00707DD2" w:rsidRPr="009F54B8">
        <w:rPr>
          <w:color w:val="000000" w:themeColor="text1"/>
        </w:rPr>
        <w:t xml:space="preserve">&amp; </w:t>
      </w:r>
      <w:r w:rsidRPr="009F54B8">
        <w:rPr>
          <w:color w:val="000000" w:themeColor="text1"/>
        </w:rPr>
        <w:t xml:space="preserve"> Maintenance of Iron Ore and Chrome Ore Beneficiation Plants. </w:t>
      </w:r>
      <w:r w:rsidR="00B77A4A" w:rsidRPr="009F54B8">
        <w:rPr>
          <w:color w:val="000000" w:themeColor="text1"/>
        </w:rPr>
        <w:t>Experience</w:t>
      </w:r>
      <w:r w:rsidR="00B7455C">
        <w:rPr>
          <w:color w:val="000000" w:themeColor="text1"/>
        </w:rPr>
        <w:t xml:space="preserve">  </w:t>
      </w:r>
      <w:r w:rsidR="00B77A4A" w:rsidRPr="009F54B8">
        <w:rPr>
          <w:color w:val="000000" w:themeColor="text1"/>
        </w:rPr>
        <w:t xml:space="preserve"> in</w:t>
      </w:r>
      <w:r w:rsidRPr="009F54B8">
        <w:rPr>
          <w:color w:val="000000" w:themeColor="text1"/>
        </w:rPr>
        <w:t xml:space="preserve"> plant setup within mining lease areas</w:t>
      </w:r>
      <w:r w:rsidR="00707DD2" w:rsidRPr="009F54B8">
        <w:rPr>
          <w:color w:val="000000" w:themeColor="text1"/>
        </w:rPr>
        <w:t xml:space="preserve"> as per DGMS </w:t>
      </w:r>
      <w:proofErr w:type="gramStart"/>
      <w:r w:rsidR="00707DD2" w:rsidRPr="009F54B8">
        <w:rPr>
          <w:color w:val="000000" w:themeColor="text1"/>
        </w:rPr>
        <w:t>ACT</w:t>
      </w:r>
      <w:r w:rsidR="00B7455C">
        <w:rPr>
          <w:color w:val="000000" w:themeColor="text1"/>
        </w:rPr>
        <w:t xml:space="preserve"> </w:t>
      </w:r>
      <w:r w:rsidR="00707DD2" w:rsidRPr="009F54B8">
        <w:rPr>
          <w:color w:val="000000" w:themeColor="text1"/>
        </w:rPr>
        <w:t xml:space="preserve"> </w:t>
      </w:r>
      <w:r w:rsidR="00B7455C">
        <w:rPr>
          <w:color w:val="000000" w:themeColor="text1"/>
        </w:rPr>
        <w:t>a</w:t>
      </w:r>
      <w:r w:rsidR="00B7455C" w:rsidRPr="009F54B8">
        <w:rPr>
          <w:color w:val="000000" w:themeColor="text1"/>
        </w:rPr>
        <w:t>nd</w:t>
      </w:r>
      <w:proofErr w:type="gramEnd"/>
      <w:r w:rsidR="00707DD2" w:rsidRPr="009F54B8">
        <w:rPr>
          <w:color w:val="000000" w:themeColor="text1"/>
        </w:rPr>
        <w:t xml:space="preserve"> on other lease area as per Factory Act and necessary </w:t>
      </w:r>
      <w:r w:rsidR="00B77A4A" w:rsidRPr="009F54B8">
        <w:rPr>
          <w:color w:val="000000" w:themeColor="text1"/>
        </w:rPr>
        <w:t>documentation. The</w:t>
      </w:r>
      <w:r w:rsidR="00707DD2" w:rsidRPr="009F54B8">
        <w:rPr>
          <w:color w:val="000000" w:themeColor="text1"/>
        </w:rPr>
        <w:t xml:space="preserve"> other area of knowledge like </w:t>
      </w:r>
      <w:r w:rsidR="00B7455C" w:rsidRPr="009F54B8">
        <w:rPr>
          <w:color w:val="000000" w:themeColor="text1"/>
        </w:rPr>
        <w:t>Plant Layout, feasibility</w:t>
      </w:r>
      <w:r w:rsidR="00707DD2" w:rsidRPr="009F54B8">
        <w:rPr>
          <w:color w:val="000000" w:themeColor="text1"/>
        </w:rPr>
        <w:t xml:space="preserve"> </w:t>
      </w:r>
      <w:r w:rsidR="00B7455C" w:rsidRPr="009F54B8">
        <w:rPr>
          <w:color w:val="000000" w:themeColor="text1"/>
        </w:rPr>
        <w:t>study, equipment</w:t>
      </w:r>
      <w:r w:rsidR="00707DD2" w:rsidRPr="009F54B8">
        <w:rPr>
          <w:color w:val="000000" w:themeColor="text1"/>
        </w:rPr>
        <w:t xml:space="preserve"> </w:t>
      </w:r>
      <w:r w:rsidR="00B7455C" w:rsidRPr="009F54B8">
        <w:rPr>
          <w:color w:val="000000" w:themeColor="text1"/>
        </w:rPr>
        <w:t>selection, process</w:t>
      </w:r>
      <w:r w:rsidRPr="009F54B8">
        <w:rPr>
          <w:color w:val="000000" w:themeColor="text1"/>
        </w:rPr>
        <w:t xml:space="preserve"> modification, flow sheet development</w:t>
      </w:r>
      <w:r w:rsidR="00707DD2" w:rsidRPr="009F54B8">
        <w:rPr>
          <w:color w:val="000000" w:themeColor="text1"/>
        </w:rPr>
        <w:t xml:space="preserve"> and project </w:t>
      </w:r>
      <w:r w:rsidR="00B7455C" w:rsidRPr="009F54B8">
        <w:rPr>
          <w:color w:val="000000" w:themeColor="text1"/>
        </w:rPr>
        <w:t xml:space="preserve">execution. </w:t>
      </w:r>
      <w:r w:rsidR="00707DD2" w:rsidRPr="009F54B8">
        <w:rPr>
          <w:color w:val="000000" w:themeColor="text1"/>
        </w:rPr>
        <w:t xml:space="preserve">The  area involved </w:t>
      </w:r>
      <w:r w:rsidRPr="009F54B8">
        <w:rPr>
          <w:color w:val="000000" w:themeColor="text1"/>
        </w:rPr>
        <w:t xml:space="preserve"> RMHS</w:t>
      </w:r>
      <w:r w:rsidR="00B77A4A" w:rsidRPr="009F54B8">
        <w:rPr>
          <w:color w:val="000000" w:themeColor="text1"/>
        </w:rPr>
        <w:t xml:space="preserve"> </w:t>
      </w:r>
      <w:r w:rsidRPr="009F54B8">
        <w:rPr>
          <w:color w:val="000000" w:themeColor="text1"/>
        </w:rPr>
        <w:t>,</w:t>
      </w:r>
      <w:r w:rsidR="00B77A4A" w:rsidRPr="009F54B8">
        <w:rPr>
          <w:color w:val="000000" w:themeColor="text1"/>
        </w:rPr>
        <w:t>product management ,</w:t>
      </w:r>
      <w:r w:rsidR="00707DD2" w:rsidRPr="009F54B8">
        <w:rPr>
          <w:color w:val="000000" w:themeColor="text1"/>
        </w:rPr>
        <w:t xml:space="preserve"> process</w:t>
      </w:r>
      <w:r w:rsidR="00B77A4A" w:rsidRPr="009F54B8">
        <w:rPr>
          <w:color w:val="000000" w:themeColor="text1"/>
        </w:rPr>
        <w:t xml:space="preserve"> management ,maintenance management </w:t>
      </w:r>
      <w:r w:rsidR="00707DD2" w:rsidRPr="009F54B8">
        <w:rPr>
          <w:color w:val="000000" w:themeColor="text1"/>
        </w:rPr>
        <w:t xml:space="preserve"> ,</w:t>
      </w:r>
      <w:r w:rsidR="00B77A4A" w:rsidRPr="009F54B8">
        <w:rPr>
          <w:color w:val="000000" w:themeColor="text1"/>
        </w:rPr>
        <w:t>spare parts management ,Crushing,screening,Grinding ,separation ,jigging ,</w:t>
      </w:r>
      <w:r w:rsidR="00707DD2" w:rsidRPr="009F54B8">
        <w:rPr>
          <w:color w:val="000000" w:themeColor="text1"/>
        </w:rPr>
        <w:t>filtration ,pumping station, EOT,</w:t>
      </w:r>
      <w:r w:rsidRPr="009F54B8">
        <w:rPr>
          <w:color w:val="000000" w:themeColor="text1"/>
        </w:rPr>
        <w:t xml:space="preserve"> utilities, slurry pipeline systems, tailing management, statutory compliance, safety management, and cross-country slurry pumping systems (up to 220 km). Proven leadership in managing large-capacity plants from project execution </w:t>
      </w:r>
      <w:r w:rsidR="00B7455C">
        <w:rPr>
          <w:color w:val="000000" w:themeColor="text1"/>
        </w:rPr>
        <w:t xml:space="preserve">to commissioning to </w:t>
      </w:r>
      <w:r w:rsidRPr="009F54B8">
        <w:rPr>
          <w:color w:val="000000" w:themeColor="text1"/>
        </w:rPr>
        <w:t xml:space="preserve">O&amp;M </w:t>
      </w:r>
      <w:r w:rsidR="00B77A4A" w:rsidRPr="009F54B8">
        <w:rPr>
          <w:color w:val="000000" w:themeColor="text1"/>
        </w:rPr>
        <w:t xml:space="preserve">with </w:t>
      </w:r>
      <w:r w:rsidR="00B7455C">
        <w:rPr>
          <w:color w:val="000000" w:themeColor="text1"/>
        </w:rPr>
        <w:t xml:space="preserve">spare parts planning &amp; </w:t>
      </w:r>
      <w:r w:rsidR="00B77A4A" w:rsidRPr="009F54B8">
        <w:rPr>
          <w:color w:val="000000" w:themeColor="text1"/>
        </w:rPr>
        <w:t xml:space="preserve">manpower </w:t>
      </w:r>
      <w:proofErr w:type="gramStart"/>
      <w:r w:rsidR="00B77A4A" w:rsidRPr="009F54B8">
        <w:rPr>
          <w:color w:val="000000" w:themeColor="text1"/>
        </w:rPr>
        <w:t>management</w:t>
      </w:r>
      <w:r w:rsidR="00B7455C">
        <w:rPr>
          <w:color w:val="000000" w:themeColor="text1"/>
        </w:rPr>
        <w:t xml:space="preserve"> </w:t>
      </w:r>
      <w:r w:rsidRPr="009F54B8">
        <w:rPr>
          <w:color w:val="000000" w:themeColor="text1"/>
        </w:rPr>
        <w:t>.</w:t>
      </w:r>
      <w:proofErr w:type="gramEnd"/>
    </w:p>
    <w:p w:rsidR="00B64374" w:rsidRDefault="00EF1873">
      <w:pPr>
        <w:pStyle w:val="Heading1"/>
      </w:pPr>
      <w:r>
        <w:t>CORE COMPETENCIES</w:t>
      </w:r>
      <w:r w:rsidR="00A86A05">
        <w:t xml:space="preserve"> :</w:t>
      </w:r>
    </w:p>
    <w:p w:rsidR="00EF1873" w:rsidRDefault="00EF1873" w:rsidP="00443C43">
      <w:pPr>
        <w:pStyle w:val="ListBullet"/>
        <w:spacing w:before="100" w:beforeAutospacing="1" w:after="100" w:afterAutospacing="1"/>
      </w:pPr>
      <w:r>
        <w:t>Project Installation &amp; Commissioning</w:t>
      </w:r>
    </w:p>
    <w:p w:rsidR="00B64374" w:rsidRDefault="00EF1873" w:rsidP="00443C43">
      <w:pPr>
        <w:pStyle w:val="ListBullet"/>
        <w:spacing w:before="100" w:beforeAutospacing="1" w:after="100" w:afterAutospacing="1"/>
      </w:pPr>
      <w:r>
        <w:t>Plant Operations &amp; Maintenance (O&amp;M)</w:t>
      </w:r>
    </w:p>
    <w:p w:rsidR="00B64374" w:rsidRDefault="00EF1873">
      <w:pPr>
        <w:pStyle w:val="ListBullet"/>
      </w:pPr>
      <w:r>
        <w:t>Iron Ore &amp; Chrome Ore Beneficiation</w:t>
      </w:r>
    </w:p>
    <w:p w:rsidR="00B64374" w:rsidRDefault="00EF1873">
      <w:pPr>
        <w:pStyle w:val="ListBullet"/>
      </w:pPr>
      <w:r>
        <w:t>Process Optimization &amp; Flow Sheet Development</w:t>
      </w:r>
    </w:p>
    <w:p w:rsidR="00B64374" w:rsidRDefault="00EF1873">
      <w:pPr>
        <w:pStyle w:val="ListBullet"/>
      </w:pPr>
      <w:r>
        <w:t>RMHS &amp; Utility Management</w:t>
      </w:r>
    </w:p>
    <w:p w:rsidR="00B64374" w:rsidRDefault="00EF1873">
      <w:pPr>
        <w:pStyle w:val="ListBullet"/>
      </w:pPr>
      <w:r>
        <w:t>Slurry Pipeline &amp; Pumping Systems</w:t>
      </w:r>
    </w:p>
    <w:p w:rsidR="00B64374" w:rsidRDefault="00B7455C">
      <w:pPr>
        <w:pStyle w:val="ListBullet"/>
      </w:pPr>
      <w:r>
        <w:t xml:space="preserve">Tailings, water treatment </w:t>
      </w:r>
      <w:r w:rsidR="00EF1873">
        <w:t xml:space="preserve"> &amp; Water Management</w:t>
      </w:r>
    </w:p>
    <w:p w:rsidR="009F54B8" w:rsidRDefault="00EF1873">
      <w:pPr>
        <w:pStyle w:val="ListBullet"/>
      </w:pPr>
      <w:r>
        <w:t>Statutory Compliance</w:t>
      </w:r>
      <w:r w:rsidR="009F54B8">
        <w:t xml:space="preserve"> as per  DGMS </w:t>
      </w:r>
      <w:r>
        <w:t xml:space="preserve"> &amp; Factory Act </w:t>
      </w:r>
    </w:p>
    <w:p w:rsidR="00B64374" w:rsidRDefault="00EF1873">
      <w:pPr>
        <w:pStyle w:val="ListBullet"/>
      </w:pPr>
      <w:r>
        <w:t xml:space="preserve">Safety &amp; Environmental Management </w:t>
      </w:r>
    </w:p>
    <w:p w:rsidR="00B77A4A" w:rsidRDefault="00EF1873" w:rsidP="00B77A4A">
      <w:pPr>
        <w:pStyle w:val="ListBullet"/>
      </w:pPr>
      <w:r>
        <w:t>Team Leadership &amp; People Management</w:t>
      </w:r>
    </w:p>
    <w:p w:rsidR="00B64374" w:rsidRPr="00B77A4A" w:rsidRDefault="00EF1873" w:rsidP="00B77A4A">
      <w:pPr>
        <w:pStyle w:val="ListBullet"/>
        <w:numPr>
          <w:ilvl w:val="0"/>
          <w:numId w:val="0"/>
        </w:numPr>
        <w:ind w:left="142"/>
        <w:rPr>
          <w:b/>
        </w:rPr>
      </w:pPr>
      <w:r w:rsidRPr="005B67E9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PROFESSIONAL EXPERIENCE</w:t>
      </w:r>
      <w:r w:rsidR="00B77A4A" w:rsidRPr="005B67E9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B77A4A">
        <w:rPr>
          <w:b/>
        </w:rPr>
        <w:t>:</w:t>
      </w:r>
    </w:p>
    <w:p w:rsidR="00B64374" w:rsidRDefault="009F54B8">
      <w:proofErr w:type="spellStart"/>
      <w:r>
        <w:rPr>
          <w:b/>
        </w:rPr>
        <w:t>S</w:t>
      </w:r>
      <w:r w:rsidR="00443C43" w:rsidRPr="00042280">
        <w:rPr>
          <w:b/>
        </w:rPr>
        <w:t>anindpur</w:t>
      </w:r>
      <w:proofErr w:type="spellEnd"/>
      <w:r w:rsidR="00443C43" w:rsidRPr="00042280">
        <w:rPr>
          <w:b/>
        </w:rPr>
        <w:t xml:space="preserve"> iron and bauxite mines </w:t>
      </w:r>
      <w:proofErr w:type="gramStart"/>
      <w:r w:rsidR="00443C43" w:rsidRPr="00042280">
        <w:rPr>
          <w:b/>
        </w:rPr>
        <w:t>( M</w:t>
      </w:r>
      <w:proofErr w:type="gramEnd"/>
      <w:r w:rsidR="00443C43" w:rsidRPr="00042280">
        <w:rPr>
          <w:b/>
        </w:rPr>
        <w:t>/S RSPLTD)</w:t>
      </w:r>
      <w:r w:rsidR="00443C43">
        <w:t xml:space="preserve">      </w:t>
      </w:r>
      <w:r w:rsidR="00B77A4A">
        <w:t xml:space="preserve">                                 </w:t>
      </w:r>
      <w:r w:rsidR="00443C43">
        <w:t xml:space="preserve">        </w:t>
      </w:r>
      <w:r w:rsidR="00EF1873">
        <w:t>Oct 2015 – Dec 2025</w:t>
      </w:r>
    </w:p>
    <w:p w:rsidR="00B64374" w:rsidRDefault="00EF1873">
      <w:pPr>
        <w:pStyle w:val="ListBullet"/>
      </w:pPr>
      <w:r>
        <w:t>Iron Ore Beneficiation Plant (2 x 250 TPH)</w:t>
      </w:r>
      <w:r w:rsidR="00B77A4A">
        <w:t xml:space="preserve">                                                   </w:t>
      </w:r>
      <w:r>
        <w:t>Project to O&amp;M</w:t>
      </w:r>
    </w:p>
    <w:p w:rsidR="00B64374" w:rsidRDefault="00EF1873">
      <w:r>
        <w:rPr>
          <w:b/>
        </w:rPr>
        <w:t>Brahmani River Pellets Ltd. (Stemcor Group)</w:t>
      </w:r>
      <w:r w:rsidR="00B77A4A">
        <w:rPr>
          <w:b/>
        </w:rPr>
        <w:t xml:space="preserve">                                                       </w:t>
      </w:r>
      <w:r>
        <w:t>Feb 2010 – Oct 2015</w:t>
      </w:r>
    </w:p>
    <w:p w:rsidR="00B64374" w:rsidRDefault="00EF1873">
      <w:pPr>
        <w:pStyle w:val="ListBullet"/>
      </w:pPr>
      <w:r>
        <w:t>4 M</w:t>
      </w:r>
      <w:r w:rsidR="00B7455C">
        <w:t xml:space="preserve"> </w:t>
      </w:r>
      <w:proofErr w:type="spellStart"/>
      <w:r w:rsidR="008B0FA9">
        <w:t>mtpa</w:t>
      </w:r>
      <w:proofErr w:type="spellEnd"/>
      <w:r w:rsidR="008B0FA9">
        <w:t xml:space="preserve"> </w:t>
      </w:r>
      <w:r>
        <w:t xml:space="preserve"> Beneficiation Plant </w:t>
      </w:r>
      <w:r w:rsidR="00042280">
        <w:t>,</w:t>
      </w:r>
      <w:r>
        <w:t xml:space="preserve">Slurry </w:t>
      </w:r>
      <w:r w:rsidR="00042280">
        <w:t xml:space="preserve">pumping     </w:t>
      </w:r>
      <w:r w:rsidR="00B77A4A">
        <w:t xml:space="preserve"> </w:t>
      </w:r>
      <w:r>
        <w:t xml:space="preserve"> </w:t>
      </w:r>
      <w:r w:rsidR="00B77A4A">
        <w:t xml:space="preserve">          </w:t>
      </w:r>
      <w:r w:rsidR="009F54B8">
        <w:t xml:space="preserve">    Pr</w:t>
      </w:r>
      <w:r>
        <w:t xml:space="preserve">oject, Commissioning </w:t>
      </w:r>
      <w:r w:rsidR="00B77A4A">
        <w:t xml:space="preserve"> </w:t>
      </w:r>
      <w:r w:rsidR="00042280">
        <w:t>&amp;</w:t>
      </w:r>
      <w:r w:rsidR="00B77A4A">
        <w:t xml:space="preserve"> </w:t>
      </w:r>
      <w:r w:rsidR="00042280">
        <w:t xml:space="preserve"> O&amp;M</w:t>
      </w:r>
      <w:r w:rsidR="00B77A4A">
        <w:t xml:space="preserve">      </w:t>
      </w:r>
    </w:p>
    <w:p w:rsidR="00B64374" w:rsidRDefault="00EF1873">
      <w:proofErr w:type="gramStart"/>
      <w:r>
        <w:rPr>
          <w:b/>
        </w:rPr>
        <w:lastRenderedPageBreak/>
        <w:t>J</w:t>
      </w:r>
      <w:r w:rsidR="00042280">
        <w:rPr>
          <w:b/>
        </w:rPr>
        <w:t xml:space="preserve">ajang </w:t>
      </w:r>
      <w:r>
        <w:rPr>
          <w:b/>
        </w:rPr>
        <w:t xml:space="preserve"> Iron</w:t>
      </w:r>
      <w:proofErr w:type="gramEnd"/>
      <w:r>
        <w:rPr>
          <w:b/>
        </w:rPr>
        <w:t xml:space="preserve"> &amp; </w:t>
      </w:r>
      <w:r w:rsidR="00042280">
        <w:rPr>
          <w:b/>
        </w:rPr>
        <w:t xml:space="preserve">Mn </w:t>
      </w:r>
      <w:r>
        <w:rPr>
          <w:b/>
        </w:rPr>
        <w:t>Mines (RM</w:t>
      </w:r>
      <w:r w:rsidR="00042280">
        <w:rPr>
          <w:b/>
        </w:rPr>
        <w:t xml:space="preserve"> </w:t>
      </w:r>
      <w:r>
        <w:rPr>
          <w:b/>
        </w:rPr>
        <w:t>L)</w:t>
      </w:r>
      <w:r w:rsidR="00042280">
        <w:rPr>
          <w:b/>
        </w:rPr>
        <w:t xml:space="preserve">                                                                </w:t>
      </w:r>
      <w:r w:rsidR="009F54B8">
        <w:rPr>
          <w:b/>
        </w:rPr>
        <w:t xml:space="preserve">       </w:t>
      </w:r>
      <w:r w:rsidR="00042280">
        <w:rPr>
          <w:b/>
        </w:rPr>
        <w:t xml:space="preserve"> </w:t>
      </w:r>
      <w:r>
        <w:t>Dec 2006 – Jan 2010</w:t>
      </w:r>
    </w:p>
    <w:p w:rsidR="00B64374" w:rsidRDefault="00EF1873">
      <w:pPr>
        <w:pStyle w:val="ListBullet"/>
      </w:pPr>
      <w:r>
        <w:t xml:space="preserve">250 TPH Washing Plant with Crushing &amp; Screening – </w:t>
      </w:r>
      <w:r w:rsidR="00042280">
        <w:t xml:space="preserve">                            </w:t>
      </w:r>
      <w:r>
        <w:t>Project to O&amp;M</w:t>
      </w:r>
    </w:p>
    <w:p w:rsidR="00B64374" w:rsidRDefault="00042280">
      <w:r w:rsidRPr="00966E61">
        <w:rPr>
          <w:b/>
        </w:rPr>
        <w:t>C</w:t>
      </w:r>
      <w:r w:rsidR="00EB5A20">
        <w:rPr>
          <w:b/>
        </w:rPr>
        <w:t xml:space="preserve">hrome </w:t>
      </w:r>
      <w:r w:rsidR="00EB5A20" w:rsidRPr="00966E61">
        <w:rPr>
          <w:b/>
        </w:rPr>
        <w:t>O</w:t>
      </w:r>
      <w:r w:rsidR="00EB5A20">
        <w:rPr>
          <w:b/>
        </w:rPr>
        <w:t xml:space="preserve">re Beneficiation      </w:t>
      </w:r>
      <w:r w:rsidRPr="00966E61">
        <w:rPr>
          <w:b/>
        </w:rPr>
        <w:t xml:space="preserve"> PLANT</w:t>
      </w:r>
      <w:r w:rsidR="00EB5A20">
        <w:rPr>
          <w:b/>
        </w:rPr>
        <w:t xml:space="preserve">  </w:t>
      </w:r>
      <w:r w:rsidRPr="00966E61">
        <w:rPr>
          <w:b/>
        </w:rPr>
        <w:t xml:space="preserve"> </w:t>
      </w:r>
      <w:r w:rsidR="00EB5A20">
        <w:rPr>
          <w:b/>
        </w:rPr>
        <w:t xml:space="preserve"> (</w:t>
      </w:r>
      <w:proofErr w:type="gramStart"/>
      <w:r w:rsidR="00EB5A20">
        <w:rPr>
          <w:b/>
        </w:rPr>
        <w:t>SIPL )</w:t>
      </w:r>
      <w:proofErr w:type="gramEnd"/>
      <w:r w:rsidR="00EB5A20">
        <w:rPr>
          <w:b/>
        </w:rPr>
        <w:t xml:space="preserve">   for  M/S OMC LTD           Jan.</w:t>
      </w:r>
      <w:r w:rsidR="00EF1873">
        <w:t xml:space="preserve"> 1995 – Dec 2006</w:t>
      </w:r>
      <w:bookmarkStart w:id="0" w:name="_GoBack"/>
      <w:bookmarkEnd w:id="0"/>
    </w:p>
    <w:p w:rsidR="00B64374" w:rsidRDefault="00EF1873">
      <w:pPr>
        <w:pStyle w:val="ListBullet"/>
      </w:pPr>
      <w:r>
        <w:t>Chrome Ore Beneficiation Plant (80 TPH / 50 TPH)</w:t>
      </w:r>
      <w:r w:rsidR="00042280">
        <w:t xml:space="preserve">                                   </w:t>
      </w:r>
      <w:r>
        <w:t xml:space="preserve"> O&amp;M</w:t>
      </w:r>
    </w:p>
    <w:p w:rsidR="00B64374" w:rsidRDefault="00EF1873">
      <w:proofErr w:type="spellStart"/>
      <w:r>
        <w:rPr>
          <w:b/>
        </w:rPr>
        <w:t>Utkal</w:t>
      </w:r>
      <w:proofErr w:type="spellEnd"/>
      <w:r>
        <w:rPr>
          <w:b/>
        </w:rPr>
        <w:t xml:space="preserve"> Automobiles Ltd.</w:t>
      </w:r>
      <w:r w:rsidR="00042280">
        <w:rPr>
          <w:b/>
        </w:rPr>
        <w:t xml:space="preserve"> (wor</w:t>
      </w:r>
      <w:r w:rsidR="005B67E9">
        <w:rPr>
          <w:b/>
        </w:rPr>
        <w:t xml:space="preserve">k shop with pre-treatment plant)  </w:t>
      </w:r>
      <w:r w:rsidR="008B328C">
        <w:rPr>
          <w:b/>
        </w:rPr>
        <w:t xml:space="preserve">                 </w:t>
      </w:r>
      <w:r>
        <w:t>Jan 1991– Dec 1994</w:t>
      </w:r>
    </w:p>
    <w:p w:rsidR="00B64374" w:rsidRDefault="00EF1873">
      <w:pPr>
        <w:pStyle w:val="ListBullet"/>
      </w:pPr>
      <w:r>
        <w:t>Production Shop Engineer – Mech</w:t>
      </w:r>
      <w:r w:rsidR="008B328C">
        <w:t>.</w:t>
      </w:r>
      <w:r w:rsidR="005B67E9">
        <w:t xml:space="preserve"> work shop ,Boiler</w:t>
      </w:r>
      <w:r>
        <w:t xml:space="preserve"> &amp; Utilities</w:t>
      </w:r>
      <w:r w:rsidR="008B328C">
        <w:t xml:space="preserve">        Maintenance Engineer </w:t>
      </w:r>
    </w:p>
    <w:p w:rsidR="009F54B8" w:rsidRDefault="009F54B8" w:rsidP="009F54B8">
      <w:pPr>
        <w:pStyle w:val="ListBullet"/>
        <w:numPr>
          <w:ilvl w:val="0"/>
          <w:numId w:val="0"/>
        </w:numPr>
        <w:ind w:left="142"/>
      </w:pPr>
    </w:p>
    <w:p w:rsidR="009F54B8" w:rsidRDefault="009F54B8" w:rsidP="009F54B8">
      <w:pPr>
        <w:pStyle w:val="ListBullet"/>
        <w:numPr>
          <w:ilvl w:val="0"/>
          <w:numId w:val="0"/>
        </w:numPr>
        <w:ind w:left="142"/>
      </w:pPr>
      <w:r>
        <w:t>TOTAL   YEARS OF EXPERIENCE   : 30 + YEARS</w:t>
      </w:r>
      <w:r w:rsidR="008B328C">
        <w:t xml:space="preserve">                                                         O&amp;M</w:t>
      </w:r>
    </w:p>
    <w:p w:rsidR="00B64374" w:rsidRPr="005B67E9" w:rsidRDefault="00EF1873">
      <w:pPr>
        <w:pStyle w:val="Heading1"/>
        <w:rPr>
          <w:color w:val="4BACC6" w:themeColor="accent5"/>
        </w:rPr>
      </w:pPr>
      <w:proofErr w:type="gramStart"/>
      <w:r w:rsidRPr="005B67E9">
        <w:rPr>
          <w:color w:val="4BACC6" w:themeColor="accent5"/>
        </w:rPr>
        <w:t>EDUCATION</w:t>
      </w:r>
      <w:r w:rsidR="00A86A05">
        <w:rPr>
          <w:color w:val="4BACC6" w:themeColor="accent5"/>
        </w:rPr>
        <w:t xml:space="preserve"> :</w:t>
      </w:r>
      <w:proofErr w:type="gramEnd"/>
    </w:p>
    <w:p w:rsidR="00B64374" w:rsidRDefault="00EF1873">
      <w:pPr>
        <w:pStyle w:val="ListBullet"/>
      </w:pPr>
      <w:r>
        <w:t>Degree in Mechanical Engineering – Institution of Engineers (India), 1990</w:t>
      </w:r>
    </w:p>
    <w:p w:rsidR="00B64374" w:rsidRDefault="00EF1873">
      <w:pPr>
        <w:pStyle w:val="ListBullet"/>
      </w:pPr>
      <w:r>
        <w:t>MBA (PM &amp; HRM) – Utkal University, Bhubaneswar, 2012</w:t>
      </w:r>
    </w:p>
    <w:p w:rsidR="00B64374" w:rsidRDefault="00EF1873">
      <w:pPr>
        <w:pStyle w:val="ListBullet"/>
      </w:pPr>
      <w:r>
        <w:t>Post Graduate in Health, Safety &amp; Environment – NCLIET (Govt. of India Enterprise), 2019</w:t>
      </w:r>
    </w:p>
    <w:p w:rsidR="00B64374" w:rsidRDefault="00EF1873">
      <w:pPr>
        <w:pStyle w:val="Heading1"/>
      </w:pPr>
      <w:r>
        <w:t xml:space="preserve">CERTIFICATIONS &amp; </w:t>
      </w:r>
      <w:proofErr w:type="gramStart"/>
      <w:r>
        <w:t>TRAINING</w:t>
      </w:r>
      <w:r w:rsidR="00A86A05">
        <w:t xml:space="preserve"> :</w:t>
      </w:r>
      <w:proofErr w:type="gramEnd"/>
    </w:p>
    <w:p w:rsidR="00B64374" w:rsidRDefault="00EF1873">
      <w:pPr>
        <w:pStyle w:val="ListBullet"/>
      </w:pPr>
      <w:r>
        <w:t>Chartered Engineer (Mechanical) – Institution of Engineers (India)</w:t>
      </w:r>
    </w:p>
    <w:p w:rsidR="00B64374" w:rsidRDefault="00EF1873">
      <w:pPr>
        <w:pStyle w:val="ListBullet"/>
      </w:pPr>
      <w:r>
        <w:t>Fellow of IE (I), F-115039 (Dec 2010)</w:t>
      </w:r>
    </w:p>
    <w:p w:rsidR="00B64374" w:rsidRDefault="00EF1873">
      <w:pPr>
        <w:pStyle w:val="ListBullet"/>
      </w:pPr>
      <w:r>
        <w:t>ISO 45001:2015 Safety Management</w:t>
      </w:r>
    </w:p>
    <w:p w:rsidR="00B64374" w:rsidRDefault="00EF1873">
      <w:pPr>
        <w:pStyle w:val="ListBullet"/>
      </w:pPr>
      <w:r>
        <w:t>ISO 14001:2015 Environmental Management</w:t>
      </w:r>
    </w:p>
    <w:p w:rsidR="00B64374" w:rsidRDefault="00EF1873">
      <w:pPr>
        <w:pStyle w:val="ListBullet"/>
      </w:pPr>
      <w:r>
        <w:t xml:space="preserve">Material &amp; Maintenance Management </w:t>
      </w:r>
      <w:r w:rsidR="00A86A05">
        <w:t xml:space="preserve"> -FTI </w:t>
      </w:r>
      <w:r>
        <w:t>(2 Weeks)</w:t>
      </w:r>
    </w:p>
    <w:p w:rsidR="00B64374" w:rsidRDefault="00EF1873">
      <w:pPr>
        <w:pStyle w:val="ListBullet"/>
      </w:pPr>
      <w:r>
        <w:t>Thermal Power Plant Operation – NP</w:t>
      </w:r>
      <w:r w:rsidR="00A86A05">
        <w:t>TI</w:t>
      </w:r>
      <w:r>
        <w:t xml:space="preserve"> (2 Weeks)</w:t>
      </w:r>
    </w:p>
    <w:p w:rsidR="00B64374" w:rsidRDefault="00EF1873">
      <w:pPr>
        <w:pStyle w:val="Heading1"/>
      </w:pPr>
      <w:r>
        <w:t xml:space="preserve">PERSONAL </w:t>
      </w:r>
      <w:proofErr w:type="gramStart"/>
      <w:r>
        <w:t>DETAILS</w:t>
      </w:r>
      <w:r w:rsidR="00A86A05">
        <w:t xml:space="preserve"> :</w:t>
      </w:r>
      <w:proofErr w:type="gramEnd"/>
    </w:p>
    <w:p w:rsidR="005B67E9" w:rsidRDefault="00EF1873">
      <w:r>
        <w:t>D</w:t>
      </w:r>
      <w:r w:rsidR="00443C43">
        <w:t xml:space="preserve"> O</w:t>
      </w:r>
      <w:r>
        <w:t xml:space="preserve"> </w:t>
      </w:r>
      <w:proofErr w:type="gramStart"/>
      <w:r>
        <w:t>B</w:t>
      </w:r>
      <w:r w:rsidR="00443C43">
        <w:t xml:space="preserve"> </w:t>
      </w:r>
      <w:r>
        <w:t>:</w:t>
      </w:r>
      <w:proofErr w:type="gramEnd"/>
      <w:r w:rsidR="00443C43">
        <w:t xml:space="preserve">    </w:t>
      </w:r>
      <w:r w:rsidR="005B67E9">
        <w:t xml:space="preserve">                 </w:t>
      </w:r>
      <w:r w:rsidR="00443C43">
        <w:t xml:space="preserve"> </w:t>
      </w:r>
      <w:r>
        <w:t>06 November 1967</w:t>
      </w:r>
    </w:p>
    <w:p w:rsidR="00B64374" w:rsidRDefault="00EF1873">
      <w:r>
        <w:t xml:space="preserve">Address: </w:t>
      </w:r>
      <w:r w:rsidR="005B67E9">
        <w:t xml:space="preserve">      </w:t>
      </w:r>
      <w:proofErr w:type="spellStart"/>
      <w:r>
        <w:t>Jagannath</w:t>
      </w:r>
      <w:proofErr w:type="spellEnd"/>
      <w:r>
        <w:t xml:space="preserve"> Lane, A</w:t>
      </w:r>
      <w:r w:rsidR="005B67E9">
        <w:t>D</w:t>
      </w:r>
      <w:r>
        <w:t xml:space="preserve"> Market, </w:t>
      </w:r>
      <w:r w:rsidR="005B67E9">
        <w:t xml:space="preserve">Near </w:t>
      </w:r>
      <w:proofErr w:type="spellStart"/>
      <w:r w:rsidR="005B67E9">
        <w:t>vikash</w:t>
      </w:r>
      <w:proofErr w:type="spellEnd"/>
      <w:r w:rsidR="005B67E9">
        <w:t xml:space="preserve"> </w:t>
      </w:r>
      <w:proofErr w:type="spellStart"/>
      <w:proofErr w:type="gramStart"/>
      <w:r w:rsidR="005B67E9">
        <w:t>Bhawan</w:t>
      </w:r>
      <w:proofErr w:type="spellEnd"/>
      <w:r w:rsidR="005B67E9">
        <w:t xml:space="preserve">  </w:t>
      </w:r>
      <w:proofErr w:type="spellStart"/>
      <w:r w:rsidR="005B67E9">
        <w:t>janaseba</w:t>
      </w:r>
      <w:proofErr w:type="spellEnd"/>
      <w:proofErr w:type="gramEnd"/>
      <w:r w:rsidR="005B67E9">
        <w:t xml:space="preserve"> Kendra </w:t>
      </w:r>
      <w:proofErr w:type="spellStart"/>
      <w:r w:rsidR="005B67E9">
        <w:t>Gali</w:t>
      </w:r>
      <w:proofErr w:type="spellEnd"/>
      <w:r w:rsidR="005B67E9">
        <w:t xml:space="preserve"> </w:t>
      </w:r>
      <w:r>
        <w:t>,Cuttack</w:t>
      </w:r>
      <w:r w:rsidR="005B67E9">
        <w:t>-</w:t>
      </w:r>
      <w:r>
        <w:t xml:space="preserve"> 12</w:t>
      </w:r>
    </w:p>
    <w:p w:rsidR="005B67E9" w:rsidRDefault="005B67E9">
      <w:r>
        <w:t xml:space="preserve">M:  </w:t>
      </w:r>
      <w:proofErr w:type="gramStart"/>
      <w:r>
        <w:t>9777486956 ,</w:t>
      </w:r>
      <w:proofErr w:type="gramEnd"/>
      <w:r>
        <w:t xml:space="preserve">    Email id: </w:t>
      </w:r>
      <w:hyperlink r:id="rId7" w:history="1">
        <w:r w:rsidRPr="00180833">
          <w:rPr>
            <w:rStyle w:val="Hyperlink"/>
          </w:rPr>
          <w:t>dassushil1967@yahoo.in</w:t>
        </w:r>
      </w:hyperlink>
    </w:p>
    <w:p w:rsidR="005B67E9" w:rsidRDefault="005B67E9"/>
    <w:p w:rsidR="005B67E9" w:rsidRDefault="005B67E9">
      <w:proofErr w:type="gramStart"/>
      <w:r>
        <w:t xml:space="preserve">I </w:t>
      </w:r>
      <w:r w:rsidR="009F54B8">
        <w:t xml:space="preserve">SUSHIL KUMAR DAS </w:t>
      </w:r>
      <w:r>
        <w:t>here</w:t>
      </w:r>
      <w:r w:rsidR="009F54B8">
        <w:t xml:space="preserve"> </w:t>
      </w:r>
      <w:r>
        <w:t xml:space="preserve">by declaring that the details </w:t>
      </w:r>
      <w:r w:rsidR="009F54B8">
        <w:t>stated above are true to the best of my knowledge.</w:t>
      </w:r>
      <w:proofErr w:type="gramEnd"/>
    </w:p>
    <w:p w:rsidR="009F54B8" w:rsidRDefault="009F54B8"/>
    <w:p w:rsidR="009F54B8" w:rsidRPr="009F54B8" w:rsidRDefault="009F54B8">
      <w:pPr>
        <w:rPr>
          <w:b/>
        </w:rPr>
      </w:pPr>
      <w:r w:rsidRPr="009F54B8">
        <w:rPr>
          <w:b/>
        </w:rPr>
        <w:t>SUSHIL KUMAR DAS</w:t>
      </w:r>
    </w:p>
    <w:p w:rsidR="009F54B8" w:rsidRDefault="009F54B8"/>
    <w:sectPr w:rsidR="009F54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2280"/>
    <w:rsid w:val="0006063C"/>
    <w:rsid w:val="0015074B"/>
    <w:rsid w:val="0029639D"/>
    <w:rsid w:val="00326F90"/>
    <w:rsid w:val="00443C43"/>
    <w:rsid w:val="005B67E9"/>
    <w:rsid w:val="00707DD2"/>
    <w:rsid w:val="008B0FA9"/>
    <w:rsid w:val="008B328C"/>
    <w:rsid w:val="00966E61"/>
    <w:rsid w:val="009F54B8"/>
    <w:rsid w:val="00A86A05"/>
    <w:rsid w:val="00AA1D8D"/>
    <w:rsid w:val="00B47730"/>
    <w:rsid w:val="00B64374"/>
    <w:rsid w:val="00B7455C"/>
    <w:rsid w:val="00B77A4A"/>
    <w:rsid w:val="00CB0664"/>
    <w:rsid w:val="00EB5A20"/>
    <w:rsid w:val="00EF18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43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43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ssushil1967@yahoo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F499EA-592B-4952-9A2E-E6D9F4A8F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COMPAQ</cp:lastModifiedBy>
  <cp:revision>9</cp:revision>
  <dcterms:created xsi:type="dcterms:W3CDTF">2026-02-16T15:55:00Z</dcterms:created>
  <dcterms:modified xsi:type="dcterms:W3CDTF">2026-06-21T18:30:00Z</dcterms:modified>
</cp:coreProperties>
</file>