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1A" w:rsidRDefault="00146BD8">
      <w:pPr>
        <w:jc w:val="center"/>
      </w:pPr>
      <w:r>
        <w:rPr>
          <w:b/>
          <w:sz w:val="36"/>
        </w:rPr>
        <w:t>SANDEEP MARUTI PATIL</w:t>
      </w:r>
      <w:r>
        <w:rPr>
          <w:b/>
          <w:sz w:val="36"/>
        </w:rPr>
        <w:br/>
      </w:r>
      <w:r>
        <w:t>Senior Retail Operations Manager</w:t>
      </w:r>
      <w:r>
        <w:br/>
        <w:t>Kolhapur, Maharashtra | +91 7887332123 | luckysandeep.patil@gmail.com</w:t>
      </w:r>
    </w:p>
    <w:p w:rsidR="00372F1A" w:rsidRDefault="00146BD8">
      <w:pPr>
        <w:pStyle w:val="Heading1"/>
      </w:pPr>
      <w:r>
        <w:t>CAREER OBJECTIVE</w:t>
      </w:r>
    </w:p>
    <w:p w:rsidR="00372F1A" w:rsidRDefault="00146BD8">
      <w:r>
        <w:t>To leverage my 15+ years of experience in retail operations, multi-store management, business expansion, inventory</w:t>
      </w:r>
      <w:r>
        <w:t xml:space="preserve"> control, and team development to drive operational excellence, profitability, and sustainable business growth.</w:t>
      </w:r>
    </w:p>
    <w:p w:rsidR="00372F1A" w:rsidRDefault="00146BD8">
      <w:pPr>
        <w:pStyle w:val="Heading1"/>
      </w:pPr>
      <w:r>
        <w:t>PROFESSIONAL SUMMARY</w:t>
      </w:r>
    </w:p>
    <w:p w:rsidR="00372F1A" w:rsidRDefault="00146BD8">
      <w:r>
        <w:t>Retail Operations Professional with over 15 years of experience across Grocery, FMCG, Value Retail, and Consumer Electronic</w:t>
      </w:r>
      <w:r>
        <w:t>s formats. Expertise in multi-store operations, P&amp;L management, business expansion, inventory optimization, shrinkage control, SOP compliance, team leadership, and customer experience enhancement.</w:t>
      </w:r>
    </w:p>
    <w:p w:rsidR="00372F1A" w:rsidRDefault="00146BD8">
      <w:pPr>
        <w:pStyle w:val="Heading1"/>
      </w:pPr>
      <w:r>
        <w:t>KEY ACHIEVEMENTS</w:t>
      </w:r>
    </w:p>
    <w:p w:rsidR="00372F1A" w:rsidRDefault="00146BD8">
      <w:pPr>
        <w:pStyle w:val="ListBullet"/>
      </w:pPr>
      <w:r>
        <w:t>Received 4 internal promotions based on co</w:t>
      </w:r>
      <w:r>
        <w:t>nsistent performance and leadership excellence.</w:t>
      </w:r>
    </w:p>
    <w:p w:rsidR="00372F1A" w:rsidRDefault="00146BD8">
      <w:pPr>
        <w:pStyle w:val="ListBullet"/>
      </w:pPr>
      <w:r>
        <w:t>Successfully developed and promoted 12 team members into supervisory and managerial positions.</w:t>
      </w:r>
    </w:p>
    <w:p w:rsidR="00372F1A" w:rsidRDefault="00146BD8">
      <w:pPr>
        <w:pStyle w:val="ListBullet"/>
      </w:pPr>
      <w:r>
        <w:t>Awarded 2nd Best Operations Excellence Award while serving as Cluster Manager.</w:t>
      </w:r>
    </w:p>
    <w:p w:rsidR="00372F1A" w:rsidRDefault="00146BD8">
      <w:pPr>
        <w:pStyle w:val="ListBullet"/>
      </w:pPr>
      <w:r>
        <w:t>Managed operations for 46 retail s</w:t>
      </w:r>
      <w:r>
        <w:t>tores across Maharashtra.</w:t>
      </w:r>
    </w:p>
    <w:p w:rsidR="00372F1A" w:rsidRDefault="00146BD8">
      <w:pPr>
        <w:pStyle w:val="ListBullet"/>
      </w:pPr>
      <w:r>
        <w:t>Led retail expansion and property acquisition projects across Maharashtra, Goa, Konkan, Sangli, Satara, and Solapur.</w:t>
      </w:r>
    </w:p>
    <w:p w:rsidR="00372F1A" w:rsidRDefault="00146BD8">
      <w:pPr>
        <w:pStyle w:val="Heading1"/>
      </w:pPr>
      <w:r>
        <w:t>CORE COMPETENCIES</w:t>
      </w:r>
    </w:p>
    <w:p w:rsidR="00372F1A" w:rsidRDefault="00146BD8">
      <w:r>
        <w:t>Retail Operations | Multi-Store Management | P&amp;L Management | Business Expansion | Inventory Co</w:t>
      </w:r>
      <w:r>
        <w:t>ntrol | Shrinkage Control | Team Leadership | Recruitment &amp; Training | New Store Openings |</w:t>
      </w:r>
      <w:bookmarkStart w:id="0" w:name="_GoBack"/>
      <w:bookmarkEnd w:id="0"/>
    </w:p>
    <w:p w:rsidR="00372F1A" w:rsidRDefault="00146BD8">
      <w:pPr>
        <w:pStyle w:val="Heading1"/>
      </w:pPr>
      <w:r>
        <w:t>PROFESSIONAL EXPERIENCE</w:t>
      </w:r>
    </w:p>
    <w:p w:rsidR="00372F1A" w:rsidRDefault="00146BD8">
      <w:r>
        <w:rPr>
          <w:b/>
        </w:rPr>
        <w:t>STAR Localmart – Sanjay Ghodawat Group</w:t>
      </w:r>
      <w:r>
        <w:rPr>
          <w:b/>
        </w:rPr>
        <w:br/>
      </w:r>
      <w:r>
        <w:t>Senior Manager – Operations | May 2023 – P</w:t>
      </w:r>
      <w:r>
        <w:t>resent</w:t>
      </w:r>
    </w:p>
    <w:p w:rsidR="00372F1A" w:rsidRDefault="00146BD8">
      <w:pPr>
        <w:pStyle w:val="ListBullet"/>
      </w:pPr>
      <w:r>
        <w:t>Managing end-to-end operations of 46 retail stores across Maharashtra.</w:t>
      </w:r>
    </w:p>
    <w:p w:rsidR="00372F1A" w:rsidRDefault="00146BD8">
      <w:pPr>
        <w:pStyle w:val="ListBullet"/>
      </w:pPr>
      <w:r>
        <w:t>Conducting daily and weekly review meetings with operations and store teams.</w:t>
      </w:r>
    </w:p>
    <w:p w:rsidR="00372F1A" w:rsidRDefault="00146BD8">
      <w:pPr>
        <w:pStyle w:val="ListBullet"/>
      </w:pPr>
      <w:r>
        <w:t>Driving NOB growth, customer service excellence, upselling initiatives, product launches, visual merc</w:t>
      </w:r>
      <w:r>
        <w:t>handising, and sampling activities.</w:t>
      </w:r>
    </w:p>
    <w:p w:rsidR="00372F1A" w:rsidRDefault="00146BD8">
      <w:pPr>
        <w:pStyle w:val="ListBullet"/>
      </w:pPr>
      <w:r>
        <w:lastRenderedPageBreak/>
        <w:t>Leading property sourcing and retail expansion across Solapur, Konkan, Goa, and other strategic regions.</w:t>
      </w:r>
    </w:p>
    <w:p w:rsidR="00372F1A" w:rsidRDefault="00146BD8">
      <w:pPr>
        <w:pStyle w:val="ListBullet"/>
      </w:pPr>
      <w:r>
        <w:t>Negotiating rental agreements and optimizing occupancy costs.</w:t>
      </w:r>
    </w:p>
    <w:p w:rsidR="00372F1A" w:rsidRDefault="00146BD8">
      <w:pPr>
        <w:pStyle w:val="ListBullet"/>
      </w:pPr>
      <w:r>
        <w:t>Managing sales performance, margins, ABV, cost contro</w:t>
      </w:r>
      <w:r>
        <w:t>l, productivity, inventory and compliance.</w:t>
      </w:r>
    </w:p>
    <w:p w:rsidR="00372F1A" w:rsidRDefault="00146BD8">
      <w:pPr>
        <w:pStyle w:val="ListBullet"/>
      </w:pPr>
      <w:r>
        <w:t>Leading recruitment, training, performance reviews, and capability development.</w:t>
      </w:r>
    </w:p>
    <w:p w:rsidR="00372F1A" w:rsidRDefault="00146BD8">
      <w:r>
        <w:rPr>
          <w:b/>
        </w:rPr>
        <w:t>Reliance Retail Ltd – Smart / Smart Point</w:t>
      </w:r>
      <w:r>
        <w:rPr>
          <w:b/>
        </w:rPr>
        <w:br/>
      </w:r>
      <w:r>
        <w:t>Cluster Manager – Value Format | Jul 2021 – May 2023</w:t>
      </w:r>
    </w:p>
    <w:p w:rsidR="00372F1A" w:rsidRDefault="00146BD8">
      <w:pPr>
        <w:pStyle w:val="ListBullet"/>
      </w:pPr>
      <w:r>
        <w:t>Managed cluster operations with comple</w:t>
      </w:r>
      <w:r>
        <w:t>te P&amp;L accountability.</w:t>
      </w:r>
    </w:p>
    <w:p w:rsidR="00372F1A" w:rsidRDefault="00146BD8">
      <w:pPr>
        <w:pStyle w:val="ListBullet"/>
      </w:pPr>
      <w:r>
        <w:t>Improved store productivity, customer satisfaction, and inventory accuracy.</w:t>
      </w:r>
    </w:p>
    <w:p w:rsidR="00372F1A" w:rsidRDefault="00146BD8">
      <w:pPr>
        <w:pStyle w:val="ListBullet"/>
      </w:pPr>
      <w:r>
        <w:t>Implemented shrinkage control and audit compliance processes.</w:t>
      </w:r>
    </w:p>
    <w:p w:rsidR="00372F1A" w:rsidRDefault="00146BD8">
      <w:pPr>
        <w:pStyle w:val="ListBullet"/>
      </w:pPr>
      <w:r>
        <w:t>Led property sourcing and regional expansion across Kolhapur, Sangli, Satara, and Goa.</w:t>
      </w:r>
    </w:p>
    <w:p w:rsidR="00372F1A" w:rsidRDefault="00146BD8">
      <w:r>
        <w:rPr>
          <w:b/>
        </w:rPr>
        <w:t>Reliance</w:t>
      </w:r>
      <w:r>
        <w:rPr>
          <w:b/>
        </w:rPr>
        <w:t xml:space="preserve"> Retail Ltd – Reliance Smart Superstore, Kolhapur</w:t>
      </w:r>
      <w:r>
        <w:rPr>
          <w:b/>
        </w:rPr>
        <w:br/>
      </w:r>
      <w:r>
        <w:t>Store Manager | Nov 2017 – Jul 2021</w:t>
      </w:r>
    </w:p>
    <w:p w:rsidR="00372F1A" w:rsidRDefault="00146BD8">
      <w:pPr>
        <w:pStyle w:val="ListBullet"/>
      </w:pPr>
      <w:r>
        <w:t>Managed an 18,000 sq. ft. store with annual sales of approximately ₹15 Crore.</w:t>
      </w:r>
    </w:p>
    <w:p w:rsidR="00372F1A" w:rsidRDefault="00146BD8">
      <w:pPr>
        <w:pStyle w:val="ListBullet"/>
      </w:pPr>
      <w:r>
        <w:t>Maintained high customer satisfaction and merchandising standards.</w:t>
      </w:r>
    </w:p>
    <w:p w:rsidR="00372F1A" w:rsidRDefault="00146BD8">
      <w:pPr>
        <w:pStyle w:val="ListBullet"/>
      </w:pPr>
      <w:r>
        <w:t>Controlled losses through</w:t>
      </w:r>
      <w:r>
        <w:t xml:space="preserve"> audits, training, and operational discipline.</w:t>
      </w:r>
    </w:p>
    <w:p w:rsidR="00372F1A" w:rsidRDefault="00146BD8">
      <w:r>
        <w:rPr>
          <w:b/>
        </w:rPr>
        <w:t>Videocon Group – Next Retail / Techno Kart</w:t>
      </w:r>
      <w:r>
        <w:rPr>
          <w:b/>
        </w:rPr>
        <w:br/>
      </w:r>
      <w:r>
        <w:t>Store Manager / Assistant Store Manager | 2007 – 2017</w:t>
      </w:r>
    </w:p>
    <w:p w:rsidR="00372F1A" w:rsidRDefault="00146BD8">
      <w:pPr>
        <w:pStyle w:val="ListBullet"/>
      </w:pPr>
      <w:r>
        <w:t>Managed electronics retail operations including sales, inventory, audits, and manpower.</w:t>
      </w:r>
    </w:p>
    <w:p w:rsidR="00372F1A" w:rsidRDefault="00146BD8">
      <w:pPr>
        <w:pStyle w:val="ListBullet"/>
      </w:pPr>
      <w:r>
        <w:t>Handled after-sales serv</w:t>
      </w:r>
      <w:r>
        <w:t>ice and customer issue resolution.</w:t>
      </w:r>
    </w:p>
    <w:p w:rsidR="00372F1A" w:rsidRDefault="00146BD8">
      <w:pPr>
        <w:pStyle w:val="ListBullet"/>
      </w:pPr>
      <w:r>
        <w:t>Ensured operational efficiency and compliance.</w:t>
      </w:r>
    </w:p>
    <w:p w:rsidR="00372F1A" w:rsidRDefault="00146BD8">
      <w:pPr>
        <w:pStyle w:val="Heading1"/>
      </w:pPr>
      <w:r>
        <w:t>EDUCATION</w:t>
      </w:r>
    </w:p>
    <w:p w:rsidR="00372F1A" w:rsidRDefault="00146BD8">
      <w:pPr>
        <w:pStyle w:val="ListBullet"/>
      </w:pPr>
      <w:r>
        <w:t>Bachelor of Arts (B.A.) – Shivaji University</w:t>
      </w:r>
    </w:p>
    <w:p w:rsidR="00372F1A" w:rsidRDefault="00146BD8">
      <w:pPr>
        <w:pStyle w:val="ListBullet"/>
      </w:pPr>
      <w:r>
        <w:t>Diploma in Co-Operation &amp; Accountancy – Maharashtra</w:t>
      </w:r>
    </w:p>
    <w:p w:rsidR="00372F1A" w:rsidRDefault="00146BD8">
      <w:pPr>
        <w:pStyle w:val="Heading1"/>
      </w:pPr>
      <w:r>
        <w:t>TECHNICAL SKILLS</w:t>
      </w:r>
    </w:p>
    <w:p w:rsidR="00372F1A" w:rsidRDefault="00146BD8">
      <w:pPr>
        <w:pStyle w:val="ListBullet"/>
      </w:pPr>
      <w:r>
        <w:t>SAP (Inventory Management, SCM, MIS Reporting)</w:t>
      </w:r>
    </w:p>
    <w:p w:rsidR="00372F1A" w:rsidRDefault="00146BD8">
      <w:pPr>
        <w:pStyle w:val="ListBullet"/>
      </w:pPr>
      <w:r>
        <w:t>Mic</w:t>
      </w:r>
      <w:r>
        <w:t>rosoft Excel &amp; Retail Reporting</w:t>
      </w:r>
    </w:p>
    <w:p w:rsidR="00372F1A" w:rsidRDefault="00146BD8">
      <w:pPr>
        <w:pStyle w:val="ListBullet"/>
      </w:pPr>
      <w:r>
        <w:t>MS-CIT</w:t>
      </w:r>
    </w:p>
    <w:p w:rsidR="00372F1A" w:rsidRDefault="00146BD8">
      <w:pPr>
        <w:pStyle w:val="Heading1"/>
      </w:pPr>
      <w:r>
        <w:t>PERSONAL DETAILS</w:t>
      </w:r>
    </w:p>
    <w:p w:rsidR="00372F1A" w:rsidRDefault="00146BD8">
      <w:pPr>
        <w:pStyle w:val="ListBullet"/>
      </w:pPr>
      <w:r>
        <w:t>Languages: English, Hindi, Marathi</w:t>
      </w:r>
    </w:p>
    <w:p w:rsidR="00372F1A" w:rsidRDefault="00146BD8">
      <w:pPr>
        <w:pStyle w:val="ListBullet"/>
      </w:pPr>
      <w:r>
        <w:t>Preferred Location: Maharashtra</w:t>
      </w:r>
    </w:p>
    <w:p w:rsidR="00372F1A" w:rsidRDefault="00146BD8">
      <w:pPr>
        <w:pStyle w:val="ListBullet"/>
      </w:pPr>
      <w:r>
        <w:t>Nationality: Indian</w:t>
      </w:r>
    </w:p>
    <w:sectPr w:rsidR="00372F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6BD8"/>
    <w:rsid w:val="0015074B"/>
    <w:rsid w:val="0029639D"/>
    <w:rsid w:val="00326F90"/>
    <w:rsid w:val="00372F1A"/>
    <w:rsid w:val="00714C41"/>
    <w:rsid w:val="007E5F9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346118F-D7FD-4BA2-A584-B607B0CB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0C4EAA-95DD-47D4-9D54-A5A6BAFA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SANDEEP PATIL ( RETAIL )</cp:lastModifiedBy>
  <cp:revision>3</cp:revision>
  <dcterms:created xsi:type="dcterms:W3CDTF">2026-06-01T05:18:00Z</dcterms:created>
  <dcterms:modified xsi:type="dcterms:W3CDTF">2026-06-01T05:18:00Z</dcterms:modified>
  <cp:category/>
</cp:coreProperties>
</file>