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Rahul Dilip Kale</w:t>
      </w:r>
    </w:p>
    <w:p>
      <w:r>
        <w:t>Digital Marketing Manager | Generative AI in Marketing | SEO | Performance Marketing</w:t>
      </w:r>
    </w:p>
    <w:p>
      <w:pPr>
        <w:pStyle w:val="Heading1"/>
      </w:pPr>
      <w:r>
        <w:t>Contact</w:t>
      </w:r>
    </w:p>
    <w:p>
      <w:r>
        <w:t>Phone: +91 8976665506</w:t>
        <w:br/>
        <w:t>Email: rahul.kale@outlook.in</w:t>
        <w:br/>
        <w:t>Location: Mumbai, Maharashtra</w:t>
      </w:r>
    </w:p>
    <w:p>
      <w:pPr>
        <w:pStyle w:val="Heading1"/>
      </w:pPr>
      <w:r>
        <w:t>Professional Summary</w:t>
      </w:r>
    </w:p>
    <w:p>
      <w:r>
        <w:t>Results-driven Digital Marketing Manager with 10+ years of experience in SEO, performance marketing, and digital transformation across B2B, B2C, and e-commerce industries. Proven expertise in driving 2X–3X lead growth, improving organic traffic by 60%+, and executing full-funnel digital strategies including SEO, SEM, social media, paid ads, and content marketing. Skilled in website revamp, migration, UI/UX optimization, and marketplace growth (Amazon, Flipkart). Recently certified in Generative AI for Digital Marketers, Advanced Prompt Engineering with ChatGPT, and Google Analytics (GA4). Adept at building and leading digital teams, managing ATL/BTL campaigns, and crafting omnichannel strategies that boost engagement, retention, and brand visibility.</w:t>
      </w:r>
    </w:p>
    <w:p>
      <w:pPr>
        <w:pStyle w:val="Heading1"/>
      </w:pPr>
      <w:r>
        <w:t>Key Skills &amp; Expertise</w:t>
      </w:r>
    </w:p>
    <w:p>
      <w:r>
        <w:t>• SEO &amp; Web Analytics (On-page &amp; Off-page SEO, Keyword Research, Site Audits)</w:t>
      </w:r>
    </w:p>
    <w:p>
      <w:r>
        <w:t>• Content Strategy (Web Content Optimization, Schema Markup, Keyword Placement)</w:t>
      </w:r>
    </w:p>
    <w:p>
      <w:r>
        <w:t>• Social Media &amp; ORM (Campaign Strategy, Brand Reputation Management)</w:t>
      </w:r>
    </w:p>
    <w:p>
      <w:r>
        <w:t>• Paid &amp; Organic Growth (Google Ads, Meta Ads, Influencer Marketing)</w:t>
      </w:r>
    </w:p>
    <w:p>
      <w:r>
        <w:t>• Website Management &amp; Migration (UI/UX Optimization, Development)</w:t>
      </w:r>
    </w:p>
    <w:p>
      <w:r>
        <w:t>• Market &amp; Competitive Analysis (SEO Audits, Keyword Gaps, Backlink Strategies)</w:t>
      </w:r>
    </w:p>
    <w:p>
      <w:r>
        <w:t>• Email &amp; WhatsApp Marketing (Drip Campaigns, Segmentation, Automation)</w:t>
      </w:r>
    </w:p>
    <w:p>
      <w:r>
        <w:t>• Lead Generation &amp; Campaigns (Performance Marketing, CRO, Targeting)</w:t>
      </w:r>
    </w:p>
    <w:p>
      <w:r>
        <w:t>• E-commerce &amp; Marketplace Management (Amazon &amp; Flipkart Optimization)</w:t>
      </w:r>
    </w:p>
    <w:p>
      <w:r>
        <w:t>• Generative AI Marketing (Prompt Engineering, AI-driven Campaign Personalization)</w:t>
      </w:r>
    </w:p>
    <w:p>
      <w:r>
        <w:t>• ATL &amp; BTL Marketing Campaigns (Video Promotions, Influencer Marketing)</w:t>
      </w:r>
    </w:p>
    <w:p>
      <w:pPr>
        <w:pStyle w:val="Heading1"/>
      </w:pPr>
      <w:r>
        <w:t>Work Experience</w:t>
      </w:r>
    </w:p>
    <w:p>
      <w:pPr>
        <w:pStyle w:val="ListBullet"/>
      </w:pPr>
      <w:r>
        <w:t>Manager – Digital Marketing | AMI POLYMER Pvt. Ltd. | Dec 2023 – Aug 2024</w:t>
      </w:r>
    </w:p>
    <w:p>
      <w:r>
        <w:t xml:space="preserve">   - Led digital marketing team to strengthen brand presence across platforms.</w:t>
      </w:r>
    </w:p>
    <w:p>
      <w:r>
        <w:t xml:space="preserve">   - Conducted market research &amp; competitor analysis to shape strategy.</w:t>
      </w:r>
    </w:p>
    <w:p>
      <w:r>
        <w:t xml:space="preserve">   - Managed marketplace accounts to drive e-commerce sales.</w:t>
      </w:r>
    </w:p>
    <w:p>
      <w:r>
        <w:t xml:space="preserve">   - Executed digital campaigns for B2B and B2C business growth.</w:t>
      </w:r>
    </w:p>
    <w:p>
      <w:r>
        <w:t xml:space="preserve">   - Oversaw website management to improve UX &amp; performance.</w:t>
      </w:r>
    </w:p>
    <w:p>
      <w:pPr>
        <w:pStyle w:val="ListBullet"/>
      </w:pPr>
      <w:r>
        <w:t>Manager – Digital Marketing | Greenply Industries Limited | Mar 2022 – Jan 2023</w:t>
      </w:r>
    </w:p>
    <w:p>
      <w:r>
        <w:t xml:space="preserve">   - Managed website, social media, and digital communication for brand visibility.</w:t>
      </w:r>
    </w:p>
    <w:p>
      <w:r>
        <w:t xml:space="preserve">   - Developed targeted social media strategies to boost audience retention.</w:t>
      </w:r>
    </w:p>
    <w:p>
      <w:r>
        <w:t xml:space="preserve">   - Led product launches, corporate videos, and B2B/B2C digital engagement.</w:t>
      </w:r>
    </w:p>
    <w:p>
      <w:r>
        <w:t xml:space="preserve">   - Implemented WhatsApp marketing for improved direct communication &amp; conversions.</w:t>
      </w:r>
    </w:p>
    <w:p>
      <w:r>
        <w:t xml:space="preserve">   - Managed Google My Business (GMB) listings to optimize local search presence.</w:t>
      </w:r>
    </w:p>
    <w:p>
      <w:pPr>
        <w:pStyle w:val="ListBullet"/>
      </w:pPr>
      <w:r>
        <w:t>Assistant Manager – Digital Marketing | Prince Pipes Limited | Dec 2019 – Mar 2022</w:t>
      </w:r>
    </w:p>
    <w:p>
      <w:r>
        <w:t xml:space="preserve">   - Achieved 2X+ growth in online leads through strategic digital marketing.</w:t>
      </w:r>
    </w:p>
    <w:p>
      <w:r>
        <w:t xml:space="preserve">   - Managed SEO, social media, ORM, email marketing, and call center initiatives.</w:t>
      </w:r>
    </w:p>
    <w:p>
      <w:r>
        <w:t xml:space="preserve">   - Led website revamp &amp; migration, improving UI/UX for higher conversions.</w:t>
      </w:r>
    </w:p>
    <w:p>
      <w:r>
        <w:t xml:space="preserve">   - Developed ATL &amp; BTL marketing strategies to expand brand reach.</w:t>
      </w:r>
    </w:p>
    <w:p>
      <w:r>
        <w:t xml:space="preserve">   - Oversaw CSR initiatives and corporate reputation management.</w:t>
      </w:r>
    </w:p>
    <w:p>
      <w:pPr>
        <w:pStyle w:val="ListBullet"/>
      </w:pPr>
      <w:r>
        <w:t>Senior SEO Executive | Avenues India Pvt. Ltd. | Aug 2016 – Nov 2019</w:t>
      </w:r>
    </w:p>
    <w:p>
      <w:r>
        <w:t xml:space="preserve">   - Increased organic traffic by 60% YOY through advanced SEO techniques.</w:t>
      </w:r>
    </w:p>
    <w:p>
      <w:r>
        <w:t xml:space="preserve">   - Led keyword research, content optimization, and competitor analysis.</w:t>
      </w:r>
    </w:p>
    <w:p>
      <w:r>
        <w:t xml:space="preserve">   - Enhanced on-page SEO, schema markup, and UX.</w:t>
      </w:r>
    </w:p>
    <w:p>
      <w:r>
        <w:t xml:space="preserve">   - Utilized Quora &amp; backlink strategies to boost authority.</w:t>
      </w:r>
    </w:p>
    <w:p>
      <w:r>
        <w:t xml:space="preserve">   - Conducted website analytics &amp; traffic analysis to improve engagement.</w:t>
      </w:r>
    </w:p>
    <w:p>
      <w:pPr>
        <w:pStyle w:val="ListBullet"/>
      </w:pPr>
      <w:r>
        <w:t>Senior SEO Executive | Just Dial Ltd. | Feb 2011 – Aug 2016</w:t>
      </w:r>
    </w:p>
    <w:p>
      <w:r>
        <w:t xml:space="preserve">   - Achieved 30% YOY organic traffic growth via strategic SEO improvements.</w:t>
      </w:r>
    </w:p>
    <w:p>
      <w:r>
        <w:t xml:space="preserve">   - Conducted site audits, keyword analysis, and content enhancements.</w:t>
      </w:r>
    </w:p>
    <w:p>
      <w:r>
        <w:t xml:space="preserve">   - Optimized website architecture &amp; schema markup for improved indexing.</w:t>
      </w:r>
    </w:p>
    <w:p>
      <w:r>
        <w:t xml:space="preserve">   - Tracked SEO performance metrics via Google Analytics &amp; Search Console.</w:t>
      </w:r>
    </w:p>
    <w:p>
      <w:r>
        <w:t xml:space="preserve">   - Managed Google My Business (GMB) listings for improved local visibility.</w:t>
      </w:r>
    </w:p>
    <w:p>
      <w:pPr>
        <w:pStyle w:val="Heading1"/>
      </w:pPr>
      <w:r>
        <w:t>Education</w:t>
      </w:r>
    </w:p>
    <w:p>
      <w:r>
        <w:t>Bachelor’s Degree in Chemistry | Mumbai University | 2009 – 2010</w:t>
      </w:r>
    </w:p>
    <w:p>
      <w:pPr>
        <w:pStyle w:val="Heading1"/>
      </w:pPr>
      <w:r>
        <w:t>Certifications &amp; Training</w:t>
      </w:r>
    </w:p>
    <w:p>
      <w:r>
        <w:t>• Generative AI for Digital Marketers</w:t>
      </w:r>
    </w:p>
    <w:p>
      <w:r>
        <w:t>• Advanced Prompt Engineering with ChatGPT - upGrad</w:t>
      </w:r>
    </w:p>
    <w:p>
      <w:r>
        <w:t>• Google Analytics Certification (GA4)</w:t>
      </w:r>
    </w:p>
    <w:p>
      <w:r>
        <w:t>• Google Ads Search Certification</w:t>
      </w:r>
    </w:p>
    <w:p>
      <w:r>
        <w:t>• Google Analytics Individual Qualification</w:t>
      </w:r>
    </w:p>
    <w:p>
      <w:r>
        <w:t>• Learning Google Tag Manager</w:t>
      </w:r>
    </w:p>
    <w:p>
      <w:r>
        <w:t>• SEO Foundations, Content Marketing Foundations, Social Media Marketing Foundations</w:t>
      </w:r>
    </w:p>
    <w:p>
      <w:r>
        <w:t>• Email Marketing &amp; Customer Engagement (Think Outside the Inbox, Email and Newsletter Marketing Foundations, Customer Loyalty Programs)</w:t>
      </w:r>
    </w:p>
    <w:p>
      <w:r>
        <w:t>• Advanced Digital Marketing &amp; E-commerce Certifications (E-commerce Stores, Digital Marketing, Marketplace Growth)</w:t>
      </w:r>
    </w:p>
    <w:p>
      <w:r>
        <w:t>• Project Management Skills for Leaders</w:t>
      </w:r>
    </w:p>
    <w:p>
      <w:r>
        <w:t>• Learning SQL Programming</w:t>
      </w:r>
    </w:p>
    <w:p>
      <w:r>
        <w:t>• Introduction to Generative AI with GPT</w:t>
      </w:r>
    </w:p>
    <w:p>
      <w:pPr>
        <w:pStyle w:val="Heading1"/>
      </w:pPr>
      <w:r>
        <w:t>Tools &amp; Technologies</w:t>
      </w:r>
    </w:p>
    <w:p>
      <w:r>
        <w:t>• Google Analytics, Google Search Console, SEMrush, AHREFs, MOZ</w:t>
      </w:r>
    </w:p>
    <w:p>
      <w:r>
        <w:t>• Google Ads, Meta Ads, Quora Ads, WhatsApp Marketing</w:t>
      </w:r>
    </w:p>
    <w:p>
      <w:r>
        <w:t>• WordPress, Shopify, Magento</w:t>
      </w:r>
    </w:p>
    <w:p>
      <w:r>
        <w:t>• SimilarWeb, BuzzSumo</w:t>
      </w:r>
    </w:p>
    <w:p>
      <w:r>
        <w:t>• Amazon &amp; Flipkart Seller Platforms</w:t>
      </w:r>
    </w:p>
    <w:p>
      <w:pPr>
        <w:pStyle w:val="Heading1"/>
      </w:pPr>
      <w:r>
        <w:t>Languages</w:t>
      </w:r>
    </w:p>
    <w:p>
      <w:r>
        <w:t>• English</w:t>
        <w:br/>
        <w:t>• Hindi</w:t>
        <w:br/>
        <w:t>• Marathi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