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00AFA" w:rsidRDefault="00C41C7B">
      <w:pPr>
        <w:pStyle w:val="Title"/>
        <w:jc w:val="center"/>
      </w:pPr>
      <w:proofErr w:type="spellStart"/>
      <w:r>
        <w:t>K</w:t>
      </w:r>
      <w:r w:rsidR="001B12BA">
        <w:t>Curriculum</w:t>
      </w:r>
      <w:proofErr w:type="spellEnd"/>
      <w:r w:rsidR="001B12BA">
        <w:t xml:space="preserve"> Vitae</w:t>
      </w:r>
    </w:p>
    <w:p w:rsidR="00C00AFA" w:rsidRDefault="001B12BA">
      <w:pPr>
        <w:pStyle w:val="Heading1"/>
      </w:pPr>
      <w:r>
        <w:t>Personal Details</w:t>
      </w:r>
    </w:p>
    <w:p w:rsidR="00C00AFA" w:rsidRDefault="001B12BA">
      <w:r>
        <w:t xml:space="preserve">Name: </w:t>
      </w:r>
      <w:proofErr w:type="spellStart"/>
      <w:r>
        <w:t>Rajendra</w:t>
      </w:r>
      <w:proofErr w:type="spellEnd"/>
      <w:r>
        <w:t xml:space="preserve"> </w:t>
      </w:r>
      <w:proofErr w:type="spellStart"/>
      <w:r>
        <w:t>Jayasing</w:t>
      </w:r>
      <w:proofErr w:type="spellEnd"/>
      <w:r>
        <w:t xml:space="preserve"> </w:t>
      </w:r>
      <w:proofErr w:type="spellStart"/>
      <w:r>
        <w:t>Jawale</w:t>
      </w:r>
      <w:proofErr w:type="spellEnd"/>
    </w:p>
    <w:p w:rsidR="00C00AFA" w:rsidRDefault="001B12BA">
      <w:r>
        <w:t>Phone: 9975767650</w:t>
      </w:r>
    </w:p>
    <w:p w:rsidR="004D12D7" w:rsidRDefault="001B12BA">
      <w:r>
        <w:t>Email: jarajendra@gmail.com</w:t>
      </w:r>
    </w:p>
    <w:p w:rsidR="00C00AFA" w:rsidRDefault="001B12BA">
      <w:r>
        <w:t xml:space="preserve">Location: </w:t>
      </w:r>
      <w:proofErr w:type="spellStart"/>
      <w:r>
        <w:t>Khandala</w:t>
      </w:r>
      <w:proofErr w:type="spellEnd"/>
      <w:r>
        <w:t xml:space="preserve">, Dist. </w:t>
      </w:r>
      <w:proofErr w:type="spellStart"/>
      <w:r>
        <w:t>Satara</w:t>
      </w:r>
      <w:proofErr w:type="spellEnd"/>
    </w:p>
    <w:p w:rsidR="00C00AFA" w:rsidRDefault="001B12BA">
      <w:proofErr w:type="spellStart"/>
      <w:r>
        <w:t>Aadhar</w:t>
      </w:r>
      <w:proofErr w:type="spellEnd"/>
      <w:r>
        <w:t xml:space="preserve"> No.: 6626 9363 8803</w:t>
      </w:r>
    </w:p>
    <w:p w:rsidR="00C00AFA" w:rsidRDefault="001B12BA">
      <w:pPr>
        <w:pStyle w:val="Heading1"/>
      </w:pPr>
      <w:r>
        <w:t>Professional Summary</w:t>
      </w:r>
    </w:p>
    <w:p w:rsidR="00617A1A" w:rsidRDefault="001B12BA">
      <w:r>
        <w:t>Experienced</w:t>
      </w:r>
      <w:r w:rsidR="00373CE5">
        <w:t xml:space="preserve"> </w:t>
      </w:r>
      <w:r w:rsidR="00373CE5">
        <w:rPr>
          <w:lang w:bidi="hi-IN"/>
        </w:rPr>
        <w:t>assembly coordinator and</w:t>
      </w:r>
      <w:r>
        <w:t xml:space="preserve"> SAP End User with over 14 years of expertise in Production Planning (PP) and Materials Management (MM) modules. Proficient in  productio</w:t>
      </w:r>
      <w:r w:rsidR="0093246F">
        <w:t xml:space="preserve">n order </w:t>
      </w:r>
      <w:r w:rsidR="00B823F6">
        <w:t>ma</w:t>
      </w:r>
      <w:r>
        <w:t>n</w:t>
      </w:r>
      <w:r w:rsidR="00B823F6">
        <w:t>agement</w:t>
      </w:r>
      <w:r>
        <w:t xml:space="preserve"> </w:t>
      </w:r>
      <w:r w:rsidR="00587074">
        <w:t>and order confirmation</w:t>
      </w:r>
      <w:r w:rsidR="00B231E7">
        <w:t xml:space="preserve"> with </w:t>
      </w:r>
      <w:r>
        <w:t xml:space="preserve">store, and </w:t>
      </w:r>
      <w:r w:rsidR="00411401">
        <w:t xml:space="preserve">planning and purchase </w:t>
      </w:r>
      <w:r>
        <w:t xml:space="preserve"> teams to ensure seamless operations. </w:t>
      </w:r>
    </w:p>
    <w:p w:rsidR="00C00AFA" w:rsidRDefault="001B12BA">
      <w:r>
        <w:t>Skilled in managing intercompany, sales, and FOC orders, maintaining inventory accuracy, and supporting audits. Recognized for proactive communication, process improvement, and consistent performance excellence.</w:t>
      </w:r>
    </w:p>
    <w:p w:rsidR="00A24D91" w:rsidRDefault="00773B28">
      <w:r>
        <w:t xml:space="preserve">Cost center related non BoM material </w:t>
      </w:r>
      <w:r w:rsidR="00AD452D">
        <w:t xml:space="preserve">procurement and </w:t>
      </w:r>
      <w:r w:rsidR="0070072E">
        <w:t xml:space="preserve">processment for </w:t>
      </w:r>
      <w:r w:rsidR="005549A0">
        <w:t>Purchase to Payment activity</w:t>
      </w:r>
      <w:r w:rsidR="000B0014">
        <w:t>.</w:t>
      </w:r>
    </w:p>
    <w:p w:rsidR="005250B6" w:rsidRDefault="00DD0A63" w:rsidP="005250B6">
      <w:pPr>
        <w:pStyle w:val="ListBullet"/>
        <w:rPr>
          <w:b/>
          <w:bCs/>
          <w:color w:val="4F81BD" w:themeColor="accent1"/>
        </w:rPr>
      </w:pPr>
      <w:r w:rsidRPr="00A76CB5">
        <w:rPr>
          <w:b/>
          <w:bCs/>
          <w:color w:val="4F81BD" w:themeColor="accent1"/>
        </w:rPr>
        <w:t xml:space="preserve">Key </w:t>
      </w:r>
      <w:r w:rsidR="00A76CB5" w:rsidRPr="00A76CB5">
        <w:rPr>
          <w:b/>
          <w:bCs/>
          <w:color w:val="4F81BD" w:themeColor="accent1"/>
        </w:rPr>
        <w:t>Aspects</w:t>
      </w:r>
    </w:p>
    <w:p w:rsidR="004F3A84" w:rsidRPr="003E00F3" w:rsidRDefault="00AB7FB7" w:rsidP="00E80478">
      <w:pPr>
        <w:pStyle w:val="ListBullet"/>
        <w:rPr>
          <w:color w:val="000000" w:themeColor="text1"/>
        </w:rPr>
      </w:pPr>
      <w:r w:rsidRPr="003E00F3">
        <w:rPr>
          <w:color w:val="000000" w:themeColor="text1"/>
        </w:rPr>
        <w:t xml:space="preserve">Purchase activities for </w:t>
      </w:r>
      <w:proofErr w:type="spellStart"/>
      <w:r w:rsidRPr="003E00F3">
        <w:rPr>
          <w:color w:val="000000" w:themeColor="text1"/>
        </w:rPr>
        <w:t>non</w:t>
      </w:r>
      <w:r w:rsidR="00BC558B" w:rsidRPr="003E00F3">
        <w:rPr>
          <w:color w:val="000000" w:themeColor="text1"/>
        </w:rPr>
        <w:t>BOM</w:t>
      </w:r>
      <w:proofErr w:type="spellEnd"/>
      <w:r w:rsidR="00BC558B" w:rsidRPr="003E00F3">
        <w:rPr>
          <w:color w:val="000000" w:themeColor="text1"/>
        </w:rPr>
        <w:t xml:space="preserve"> material and vendor </w:t>
      </w:r>
      <w:r w:rsidR="008D319B" w:rsidRPr="003E00F3">
        <w:rPr>
          <w:color w:val="000000" w:themeColor="text1"/>
        </w:rPr>
        <w:t>management</w:t>
      </w:r>
      <w:r w:rsidR="00BC558B" w:rsidRPr="003E00F3">
        <w:rPr>
          <w:color w:val="000000" w:themeColor="text1"/>
        </w:rPr>
        <w:t>.</w:t>
      </w:r>
    </w:p>
    <w:p w:rsidR="00C00AFA" w:rsidRPr="0009318A" w:rsidRDefault="00E80362" w:rsidP="005250B6">
      <w:pPr>
        <w:pStyle w:val="ListBullet"/>
        <w:rPr>
          <w:b/>
          <w:bCs/>
          <w:color w:val="4F81BD" w:themeColor="accent1"/>
        </w:rPr>
      </w:pPr>
      <w:r>
        <w:t>Store</w:t>
      </w:r>
      <w:r w:rsidR="008733FE">
        <w:t xml:space="preserve"> management </w:t>
      </w:r>
      <w:r w:rsidR="002D74E9">
        <w:t>activities, SAP</w:t>
      </w:r>
      <w:r w:rsidR="001B12BA">
        <w:t xml:space="preserve"> PP &amp; MM End-User Operations</w:t>
      </w:r>
      <w:r w:rsidR="0009318A">
        <w:t>.</w:t>
      </w:r>
    </w:p>
    <w:p w:rsidR="00E72A47" w:rsidRPr="005250B6" w:rsidRDefault="00973D92" w:rsidP="005250B6">
      <w:pPr>
        <w:pStyle w:val="ListBullet"/>
        <w:rPr>
          <w:b/>
          <w:bCs/>
          <w:color w:val="4F81BD" w:themeColor="accent1"/>
        </w:rPr>
      </w:pPr>
      <w:r>
        <w:t xml:space="preserve">P to P </w:t>
      </w:r>
      <w:r w:rsidR="00596540">
        <w:t xml:space="preserve">activities and </w:t>
      </w:r>
      <w:r w:rsidR="003E00F3">
        <w:t>follow up</w:t>
      </w:r>
      <w:r w:rsidR="00596540">
        <w:t>.</w:t>
      </w:r>
    </w:p>
    <w:p w:rsidR="00C00AFA" w:rsidRDefault="001B12BA">
      <w:pPr>
        <w:pStyle w:val="ListBullet"/>
      </w:pPr>
      <w:r>
        <w:t>Internal Planning &amp; Coordination (Production, Store, Core Planning)</w:t>
      </w:r>
    </w:p>
    <w:p w:rsidR="00C00AFA" w:rsidRDefault="001B12BA">
      <w:pPr>
        <w:pStyle w:val="ListBullet"/>
      </w:pPr>
      <w:r>
        <w:t>Order Management: Intercompany, Sales, and FOC Orders</w:t>
      </w:r>
      <w:r w:rsidR="00596540">
        <w:t>.</w:t>
      </w:r>
    </w:p>
    <w:p w:rsidR="00596540" w:rsidRDefault="003565F2">
      <w:pPr>
        <w:pStyle w:val="ListBullet"/>
      </w:pPr>
      <w:r>
        <w:t>On time production order and purchase order confirmation</w:t>
      </w:r>
      <w:r w:rsidR="0018569D">
        <w:t>s.</w:t>
      </w:r>
    </w:p>
    <w:p w:rsidR="0018569D" w:rsidRDefault="0018569D">
      <w:pPr>
        <w:pStyle w:val="ListBullet"/>
      </w:pPr>
      <w:r>
        <w:t>Monthly COGI and GIP</w:t>
      </w:r>
      <w:r w:rsidR="00062B67">
        <w:t xml:space="preserve"> </w:t>
      </w:r>
      <w:proofErr w:type="spellStart"/>
      <w:r w:rsidR="00062B67">
        <w:t>clearence</w:t>
      </w:r>
      <w:proofErr w:type="spellEnd"/>
      <w:r w:rsidR="00062B67">
        <w:t>.</w:t>
      </w:r>
    </w:p>
    <w:p w:rsidR="00C00AFA" w:rsidRDefault="001B12BA">
      <w:pPr>
        <w:pStyle w:val="ListBullet"/>
      </w:pPr>
      <w:r>
        <w:t>Inventory Control &amp; Perpetual Inventory Management</w:t>
      </w:r>
    </w:p>
    <w:p w:rsidR="00C00AFA" w:rsidRDefault="001B12BA">
      <w:pPr>
        <w:pStyle w:val="ListBullet"/>
      </w:pPr>
      <w:r>
        <w:t>Year-End Audit Support &amp; Compliance</w:t>
      </w:r>
    </w:p>
    <w:p w:rsidR="00C00AFA" w:rsidRDefault="001B12BA">
      <w:pPr>
        <w:pStyle w:val="ListBullet"/>
      </w:pPr>
      <w:r>
        <w:t>Store Operations &amp; Material Handling in SAP</w:t>
      </w:r>
    </w:p>
    <w:p w:rsidR="00C00AFA" w:rsidRDefault="001B12BA">
      <w:pPr>
        <w:pStyle w:val="ListBullet"/>
      </w:pPr>
      <w:r>
        <w:t>Strong Communication &amp; Follow-up Skills</w:t>
      </w:r>
    </w:p>
    <w:p w:rsidR="00C00AFA" w:rsidRDefault="001B12BA">
      <w:pPr>
        <w:pStyle w:val="ListBullet"/>
      </w:pPr>
      <w:r>
        <w:t>Problem-Solving &amp; Process Improvement</w:t>
      </w:r>
    </w:p>
    <w:p w:rsidR="005B6047" w:rsidRPr="005B6047" w:rsidRDefault="001B12BA" w:rsidP="005250B6">
      <w:pPr>
        <w:pStyle w:val="ListBullet"/>
      </w:pPr>
      <w:r>
        <w:t>Proficiency</w:t>
      </w:r>
      <w:r w:rsidR="00AA7AF6">
        <w:t xml:space="preserve"> in </w:t>
      </w:r>
      <w:r w:rsidR="0035762D">
        <w:t xml:space="preserve">Order management and </w:t>
      </w:r>
      <w:r w:rsidR="00E37AC9">
        <w:t>order</w:t>
      </w:r>
      <w:r w:rsidR="0035762D">
        <w:t xml:space="preserve"> </w:t>
      </w:r>
      <w:r w:rsidR="004E0443">
        <w:t>fulfillment</w:t>
      </w:r>
      <w:r w:rsidR="0035762D">
        <w:t xml:space="preserve"> </w:t>
      </w:r>
      <w:r w:rsidR="004E0443">
        <w:t>process</w:t>
      </w:r>
    </w:p>
    <w:p w:rsidR="00C00AFA" w:rsidRDefault="006705F5">
      <w:pPr>
        <w:pStyle w:val="ListBullet"/>
      </w:pPr>
      <w:r>
        <w:t>Co</w:t>
      </w:r>
      <w:r w:rsidR="00E80362">
        <w:t xml:space="preserve">ordinator and </w:t>
      </w:r>
      <w:r w:rsidR="001B12BA">
        <w:t>SAP End User – PP/MM Modules</w:t>
      </w:r>
    </w:p>
    <w:p w:rsidR="00C00AFA" w:rsidRDefault="001B12BA">
      <w:pPr>
        <w:pStyle w:val="ListBullet"/>
      </w:pPr>
      <w:r>
        <w:t xml:space="preserve">Store Executive &amp; Internal Planner </w:t>
      </w:r>
      <w:r w:rsidR="00254775">
        <w:t>–</w:t>
      </w:r>
      <w:r>
        <w:t xml:space="preserve"> Production</w:t>
      </w:r>
    </w:p>
    <w:p w:rsidR="00C00AFA" w:rsidRDefault="001B12BA">
      <w:pPr>
        <w:pStyle w:val="ListBullet"/>
      </w:pPr>
      <w:r>
        <w:t>ECP &amp; ECQ models</w:t>
      </w:r>
    </w:p>
    <w:p w:rsidR="00C00AFA" w:rsidRDefault="001B12BA">
      <w:pPr>
        <w:pStyle w:val="ListBullet"/>
      </w:pPr>
      <w:r>
        <w:t>MS-DOS/Windows 95/98/10/11</w:t>
      </w:r>
    </w:p>
    <w:p w:rsidR="00C00AFA" w:rsidRDefault="001B12BA">
      <w:pPr>
        <w:pStyle w:val="ListBullet"/>
      </w:pPr>
      <w:r>
        <w:t>Advanced Excel</w:t>
      </w:r>
      <w:r w:rsidR="008B4710">
        <w:t>.</w:t>
      </w:r>
    </w:p>
    <w:p w:rsidR="00C00AFA" w:rsidRDefault="001B12BA">
      <w:pPr>
        <w:pStyle w:val="ListBullet"/>
      </w:pPr>
      <w:r>
        <w:t>KRONOS for payroll activities</w:t>
      </w:r>
      <w:r w:rsidR="00033431">
        <w:t xml:space="preserve"> for </w:t>
      </w:r>
      <w:r w:rsidR="003C4C2A">
        <w:t>shop floor</w:t>
      </w:r>
      <w:r w:rsidR="00033431">
        <w:t xml:space="preserve"> employee.</w:t>
      </w:r>
    </w:p>
    <w:p w:rsidR="00F65E5D" w:rsidRDefault="00F65E5D">
      <w:pPr>
        <w:pStyle w:val="ListBullet"/>
      </w:pPr>
      <w:r>
        <w:t>Monthly headcount mapping</w:t>
      </w:r>
      <w:r w:rsidR="00346EBD">
        <w:t xml:space="preserve"> and </w:t>
      </w:r>
      <w:r w:rsidR="003C4C2A">
        <w:t>data validation</w:t>
      </w:r>
      <w:r w:rsidR="00346EBD">
        <w:t>.</w:t>
      </w:r>
    </w:p>
    <w:p w:rsidR="003C4C2A" w:rsidRDefault="001B12BA">
      <w:pPr>
        <w:pStyle w:val="ListBullet"/>
      </w:pPr>
      <w:r>
        <w:t xml:space="preserve">Adrenalin for internal </w:t>
      </w:r>
      <w:r w:rsidR="003C4C2A">
        <w:t>activities.</w:t>
      </w:r>
    </w:p>
    <w:p w:rsidR="003C4C2A" w:rsidRDefault="001B3978">
      <w:pPr>
        <w:pStyle w:val="ListBullet"/>
      </w:pPr>
      <w:r>
        <w:t xml:space="preserve">Transport management to </w:t>
      </w:r>
      <w:proofErr w:type="spellStart"/>
      <w:r>
        <w:t>shopfloor</w:t>
      </w:r>
      <w:proofErr w:type="spellEnd"/>
      <w:r>
        <w:t xml:space="preserve"> employee</w:t>
      </w:r>
      <w:r w:rsidR="00191204">
        <w:t>.</w:t>
      </w:r>
    </w:p>
    <w:p w:rsidR="00191204" w:rsidRDefault="00825639">
      <w:pPr>
        <w:pStyle w:val="ListBullet"/>
      </w:pPr>
      <w:r>
        <w:t xml:space="preserve">CC activities related to </w:t>
      </w:r>
      <w:r w:rsidR="008375E6">
        <w:t>production and planning.</w:t>
      </w:r>
    </w:p>
    <w:p w:rsidR="00C00AFA" w:rsidRDefault="001B12BA">
      <w:pPr>
        <w:pStyle w:val="Heading1"/>
      </w:pPr>
      <w:r>
        <w:t>Professional Experience</w:t>
      </w:r>
    </w:p>
    <w:p w:rsidR="00C00AFA" w:rsidRDefault="001B12BA">
      <w:proofErr w:type="spellStart"/>
      <w:r>
        <w:rPr>
          <w:b/>
        </w:rPr>
        <w:t>Rieter</w:t>
      </w:r>
      <w:proofErr w:type="spellEnd"/>
      <w:r>
        <w:rPr>
          <w:b/>
        </w:rPr>
        <w:t xml:space="preserve"> India </w:t>
      </w:r>
      <w:proofErr w:type="spellStart"/>
      <w:r>
        <w:rPr>
          <w:b/>
        </w:rPr>
        <w:t>Pvt</w:t>
      </w:r>
      <w:proofErr w:type="spellEnd"/>
      <w:r>
        <w:rPr>
          <w:b/>
        </w:rPr>
        <w:t xml:space="preserve"> Ltd</w:t>
      </w:r>
    </w:p>
    <w:p w:rsidR="00C00AFA" w:rsidRDefault="001B12BA">
      <w:r>
        <w:t>Duration: July 2011 – Present (14 years 4 months)</w:t>
      </w:r>
    </w:p>
    <w:p w:rsidR="00C00AFA" w:rsidRDefault="001B12BA">
      <w:pPr>
        <w:pStyle w:val="ListBullet"/>
      </w:pPr>
      <w:r>
        <w:t>Acted as internal planner bridging production, store, and core planning functions.</w:t>
      </w:r>
    </w:p>
    <w:p w:rsidR="00B30B43" w:rsidRDefault="006527CD">
      <w:pPr>
        <w:pStyle w:val="ListBullet"/>
      </w:pPr>
      <w:r>
        <w:t xml:space="preserve">Purchase </w:t>
      </w:r>
      <w:proofErr w:type="spellStart"/>
      <w:r>
        <w:t>activites</w:t>
      </w:r>
      <w:proofErr w:type="spellEnd"/>
      <w:r>
        <w:t xml:space="preserve"> and</w:t>
      </w:r>
      <w:r w:rsidR="002619B9">
        <w:t xml:space="preserve"> vendor management for non BoM material.</w:t>
      </w:r>
    </w:p>
    <w:p w:rsidR="00C00AFA" w:rsidRDefault="001B12BA">
      <w:pPr>
        <w:pStyle w:val="ListBullet"/>
      </w:pPr>
      <w:r>
        <w:t>Managed intercompany, sales, and FOC orders with timely follow-ups.</w:t>
      </w:r>
    </w:p>
    <w:p w:rsidR="00C00AFA" w:rsidRDefault="001B12BA">
      <w:pPr>
        <w:pStyle w:val="ListBullet"/>
      </w:pPr>
      <w:r>
        <w:t>Ensured perpetual inventory accuracy and compliance.</w:t>
      </w:r>
    </w:p>
    <w:p w:rsidR="00C00AFA" w:rsidRDefault="001B12BA">
      <w:pPr>
        <w:pStyle w:val="ListBullet"/>
      </w:pPr>
      <w:r>
        <w:t>Collaborated with store teams for material availability and workflow.</w:t>
      </w:r>
    </w:p>
    <w:p w:rsidR="00C00AFA" w:rsidRDefault="001B12BA">
      <w:pPr>
        <w:pStyle w:val="ListBullet"/>
      </w:pPr>
      <w:r>
        <w:t>Supported year-end audits with documentation and inventory reconciliation.</w:t>
      </w:r>
    </w:p>
    <w:p w:rsidR="00C00AFA" w:rsidRDefault="001B12BA">
      <w:pPr>
        <w:pStyle w:val="ListBullet"/>
      </w:pPr>
      <w:r>
        <w:t>Coordinated between production and HR for daily operations.</w:t>
      </w:r>
    </w:p>
    <w:p w:rsidR="00C00AFA" w:rsidRDefault="001B12BA">
      <w:pPr>
        <w:pStyle w:val="ListBullet"/>
      </w:pPr>
      <w:r>
        <w:t>Prepared lean boards and conducted shortage reviews.</w:t>
      </w:r>
    </w:p>
    <w:p w:rsidR="00C00AFA" w:rsidRDefault="001B12BA">
      <w:proofErr w:type="spellStart"/>
      <w:r>
        <w:rPr>
          <w:b/>
        </w:rPr>
        <w:t>Vardhishnu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Engg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Pvt</w:t>
      </w:r>
      <w:proofErr w:type="spellEnd"/>
      <w:r>
        <w:rPr>
          <w:b/>
        </w:rPr>
        <w:t xml:space="preserve"> Ltd</w:t>
      </w:r>
    </w:p>
    <w:p w:rsidR="00C00AFA" w:rsidRDefault="001B12BA">
      <w:r>
        <w:t>Duration: Nov 2006 – July 2011 (5 years 6 months)</w:t>
      </w:r>
    </w:p>
    <w:p w:rsidR="00C00AFA" w:rsidRDefault="001B12BA" w:rsidP="00254775">
      <w:pPr>
        <w:pStyle w:val="ListBullet"/>
      </w:pPr>
      <w:r>
        <w:t>Handled store operations and SAP-based material management.</w:t>
      </w:r>
    </w:p>
    <w:p w:rsidR="00254775" w:rsidRDefault="002347B7" w:rsidP="00254775">
      <w:pPr>
        <w:pStyle w:val="ListBullet"/>
      </w:pPr>
      <w:r>
        <w:t xml:space="preserve">Purchase order process for </w:t>
      </w:r>
      <w:proofErr w:type="spellStart"/>
      <w:r>
        <w:t>non</w:t>
      </w:r>
      <w:r w:rsidR="00B964A7">
        <w:t>BOM</w:t>
      </w:r>
      <w:proofErr w:type="spellEnd"/>
      <w:r w:rsidR="00B964A7">
        <w:t xml:space="preserve"> consumable.</w:t>
      </w:r>
    </w:p>
    <w:p w:rsidR="00254775" w:rsidRDefault="00254775" w:rsidP="00254775">
      <w:pPr>
        <w:pStyle w:val="ListBullet"/>
        <w:numPr>
          <w:ilvl w:val="0"/>
          <w:numId w:val="0"/>
        </w:numPr>
      </w:pPr>
    </w:p>
    <w:p w:rsidR="00C00AFA" w:rsidRDefault="001B12BA">
      <w:pPr>
        <w:pStyle w:val="ListBullet"/>
      </w:pPr>
      <w:r>
        <w:t>Supported production planning and internal coordination.</w:t>
      </w:r>
    </w:p>
    <w:p w:rsidR="00C00AFA" w:rsidRDefault="001B12BA">
      <w:pPr>
        <w:pStyle w:val="Heading1"/>
      </w:pPr>
      <w:r>
        <w:t>Achievements</w:t>
      </w:r>
    </w:p>
    <w:p w:rsidR="00C00AFA" w:rsidRDefault="001B12BA">
      <w:pPr>
        <w:pStyle w:val="ListBullet"/>
      </w:pPr>
      <w:r>
        <w:t>Awarded Employee of the Month 11 times for excellence in planning and coordination.</w:t>
      </w:r>
    </w:p>
    <w:p w:rsidR="00C00AFA" w:rsidRDefault="001B12BA">
      <w:pPr>
        <w:pStyle w:val="ListBullet"/>
      </w:pPr>
      <w:r>
        <w:t>Streamlined order follow-up processes, reducing delays and improving efficiency.</w:t>
      </w:r>
    </w:p>
    <w:p w:rsidR="00C00AFA" w:rsidRDefault="001B12BA">
      <w:pPr>
        <w:pStyle w:val="ListBullet"/>
      </w:pPr>
      <w:r>
        <w:t>Played a key role in ensuring audit readiness and compliance.</w:t>
      </w:r>
    </w:p>
    <w:p w:rsidR="00C00AFA" w:rsidRDefault="001B12BA">
      <w:pPr>
        <w:pStyle w:val="ListBullet"/>
      </w:pPr>
      <w:r>
        <w:t>Recognized as Outstanding Performer twice in performance reviews.</w:t>
      </w:r>
    </w:p>
    <w:p w:rsidR="00835AEF" w:rsidRDefault="00835AEF">
      <w:pPr>
        <w:pStyle w:val="ListBullet"/>
      </w:pPr>
      <w:r>
        <w:t>My idea awards</w:t>
      </w:r>
      <w:r w:rsidR="000E4903">
        <w:t xml:space="preserve"> related to safety</w:t>
      </w:r>
      <w:r w:rsidR="007169F8">
        <w:t xml:space="preserve"> issues.</w:t>
      </w:r>
    </w:p>
    <w:p w:rsidR="00C00AFA" w:rsidRDefault="001B12BA">
      <w:pPr>
        <w:pStyle w:val="Heading1"/>
      </w:pPr>
      <w:r>
        <w:t>Certifications</w:t>
      </w:r>
    </w:p>
    <w:p w:rsidR="00C00AFA" w:rsidRDefault="001B12BA">
      <w:pPr>
        <w:pStyle w:val="ListBullet"/>
      </w:pPr>
      <w:r>
        <w:t>Basic First Aid Certification</w:t>
      </w:r>
      <w:r w:rsidR="00CA6EC9">
        <w:t>.</w:t>
      </w:r>
    </w:p>
    <w:p w:rsidR="00C00AFA" w:rsidRDefault="001B12BA">
      <w:pPr>
        <w:pStyle w:val="ListBullet"/>
      </w:pPr>
      <w:r>
        <w:t>Computer Certificate – CDAC</w:t>
      </w:r>
    </w:p>
    <w:p w:rsidR="00C00AFA" w:rsidRDefault="001B12BA">
      <w:pPr>
        <w:pStyle w:val="Heading1"/>
      </w:pPr>
      <w:r>
        <w:t>Education</w:t>
      </w:r>
    </w:p>
    <w:p w:rsidR="00C00AFA" w:rsidRDefault="001B12BA">
      <w:pPr>
        <w:pStyle w:val="ListBullet"/>
      </w:pPr>
      <w:r>
        <w:t>Bachelor of Science (B.Sc. App</w:t>
      </w:r>
      <w:r w:rsidR="00BB0044">
        <w:t>)</w:t>
      </w:r>
    </w:p>
    <w:p w:rsidR="00C00AFA" w:rsidRDefault="001B12BA">
      <w:pPr>
        <w:pStyle w:val="ListBullet"/>
      </w:pPr>
      <w:r>
        <w:t>Bachelor of Arts (B.A.) –</w:t>
      </w:r>
    </w:p>
    <w:p w:rsidR="001263E1" w:rsidRDefault="001263E1">
      <w:pPr>
        <w:pStyle w:val="ListBullet"/>
      </w:pPr>
      <w:r>
        <w:t>Diploma in office automation</w:t>
      </w:r>
      <w:r w:rsidR="00771B9D">
        <w:t>.</w:t>
      </w:r>
    </w:p>
    <w:p w:rsidR="00C00AFA" w:rsidRDefault="001B12BA">
      <w:pPr>
        <w:pStyle w:val="Heading1"/>
      </w:pPr>
      <w:r>
        <w:t>Additional Information</w:t>
      </w:r>
    </w:p>
    <w:p w:rsidR="00C00AFA" w:rsidRDefault="001B12BA">
      <w:pPr>
        <w:pStyle w:val="ListBullet"/>
      </w:pPr>
      <w:r>
        <w:t>Date of Birth: 12th July 197</w:t>
      </w:r>
      <w:r w:rsidR="000F2FBA">
        <w:t>9</w:t>
      </w:r>
    </w:p>
    <w:p w:rsidR="00C00AFA" w:rsidRDefault="001B12BA">
      <w:pPr>
        <w:pStyle w:val="ListBullet"/>
      </w:pPr>
      <w:r>
        <w:t>Marital Status: Married</w:t>
      </w:r>
    </w:p>
    <w:p w:rsidR="00C00AFA" w:rsidRDefault="001B12BA">
      <w:pPr>
        <w:pStyle w:val="ListBullet"/>
      </w:pPr>
      <w:r>
        <w:t>Family: Mother, Spouse &amp; 2 Daughters</w:t>
      </w:r>
    </w:p>
    <w:sectPr w:rsidR="00C00AF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E5120A7"/>
    <w:multiLevelType w:val="hybridMultilevel"/>
    <w:tmpl w:val="BE8E0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431"/>
    <w:rsid w:val="00034616"/>
    <w:rsid w:val="0006063C"/>
    <w:rsid w:val="00062B67"/>
    <w:rsid w:val="0009318A"/>
    <w:rsid w:val="000B0014"/>
    <w:rsid w:val="000E4903"/>
    <w:rsid w:val="000F2FBA"/>
    <w:rsid w:val="001263E1"/>
    <w:rsid w:val="0015074B"/>
    <w:rsid w:val="0018569D"/>
    <w:rsid w:val="00191204"/>
    <w:rsid w:val="001B12BA"/>
    <w:rsid w:val="001B3978"/>
    <w:rsid w:val="002342EC"/>
    <w:rsid w:val="002347B7"/>
    <w:rsid w:val="00254775"/>
    <w:rsid w:val="002619B9"/>
    <w:rsid w:val="0029639D"/>
    <w:rsid w:val="002D74E9"/>
    <w:rsid w:val="00326F90"/>
    <w:rsid w:val="00346EBD"/>
    <w:rsid w:val="003565F2"/>
    <w:rsid w:val="0035762D"/>
    <w:rsid w:val="00373CE5"/>
    <w:rsid w:val="003A0431"/>
    <w:rsid w:val="003C4C2A"/>
    <w:rsid w:val="003E00F3"/>
    <w:rsid w:val="00411401"/>
    <w:rsid w:val="004120DD"/>
    <w:rsid w:val="004D12D7"/>
    <w:rsid w:val="004E0443"/>
    <w:rsid w:val="004F3A84"/>
    <w:rsid w:val="005250B6"/>
    <w:rsid w:val="005549A0"/>
    <w:rsid w:val="00587074"/>
    <w:rsid w:val="00596540"/>
    <w:rsid w:val="005B6047"/>
    <w:rsid w:val="00617A1A"/>
    <w:rsid w:val="006527CD"/>
    <w:rsid w:val="006705F5"/>
    <w:rsid w:val="0069643F"/>
    <w:rsid w:val="0070072E"/>
    <w:rsid w:val="007169F8"/>
    <w:rsid w:val="00766C3D"/>
    <w:rsid w:val="00771B9D"/>
    <w:rsid w:val="00773B28"/>
    <w:rsid w:val="00825639"/>
    <w:rsid w:val="00835AEF"/>
    <w:rsid w:val="008375E6"/>
    <w:rsid w:val="008733FE"/>
    <w:rsid w:val="008B4710"/>
    <w:rsid w:val="008D319B"/>
    <w:rsid w:val="0093246F"/>
    <w:rsid w:val="00973D92"/>
    <w:rsid w:val="00A24D91"/>
    <w:rsid w:val="00A76CB5"/>
    <w:rsid w:val="00AA1D8D"/>
    <w:rsid w:val="00AA7AF6"/>
    <w:rsid w:val="00AB7FB7"/>
    <w:rsid w:val="00AD452D"/>
    <w:rsid w:val="00B231E7"/>
    <w:rsid w:val="00B30B43"/>
    <w:rsid w:val="00B47730"/>
    <w:rsid w:val="00B823F6"/>
    <w:rsid w:val="00B964A7"/>
    <w:rsid w:val="00BB0044"/>
    <w:rsid w:val="00BC558B"/>
    <w:rsid w:val="00C00AFA"/>
    <w:rsid w:val="00C41C7B"/>
    <w:rsid w:val="00CA6EC9"/>
    <w:rsid w:val="00CB0664"/>
    <w:rsid w:val="00DA2A77"/>
    <w:rsid w:val="00DD0A63"/>
    <w:rsid w:val="00E37AC9"/>
    <w:rsid w:val="00E72A47"/>
    <w:rsid w:val="00E80362"/>
    <w:rsid w:val="00E80DB3"/>
    <w:rsid w:val="00F65E5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95D3B7"/>
  <w14:defaultImageDpi w14:val="300"/>
  <w15:docId w15:val="{5263EFAF-4129-7B40-91B1-37E4B7BE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D12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12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Rajendra Jawale</cp:lastModifiedBy>
  <cp:revision>68</cp:revision>
  <dcterms:created xsi:type="dcterms:W3CDTF">2026-01-23T11:32:00Z</dcterms:created>
  <dcterms:modified xsi:type="dcterms:W3CDTF">2026-06-09T12:26:00Z</dcterms:modified>
  <cp:category/>
</cp:coreProperties>
</file>