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62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838950" cy="88480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884809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284" w:right="548" w:bottom="1168" w:left="568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